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7BDEC" w14:textId="625812C6" w:rsidR="008D4D0E" w:rsidRPr="00211E43" w:rsidRDefault="00FF5C53" w:rsidP="00C3310D">
      <w:pPr>
        <w:jc w:val="center"/>
        <w:rPr>
          <w:color w:val="003932"/>
        </w:rPr>
      </w:pPr>
      <w:r w:rsidRPr="00211E43">
        <w:rPr>
          <w:b/>
          <w:color w:val="003932"/>
          <w:sz w:val="40"/>
        </w:rPr>
        <w:t>Privacy Policy</w:t>
      </w:r>
      <w:r w:rsidR="002703C3">
        <w:rPr>
          <w:b/>
          <w:color w:val="003932"/>
          <w:sz w:val="40"/>
        </w:rPr>
        <w:t xml:space="preserve"> and Consent</w:t>
      </w:r>
    </w:p>
    <w:p w14:paraId="3B7D49A1" w14:textId="77777777" w:rsidR="008D4D0E" w:rsidRDefault="00FF5C53">
      <w:r w:rsidRPr="00C7594A">
        <w:rPr>
          <w:bCs/>
        </w:rPr>
        <w:t>Rapid Loans Pty Ltd (ACN 103</w:t>
      </w:r>
      <w:r>
        <w:t xml:space="preserve"> 660 546, Australian Credit </w:t>
      </w:r>
      <w:proofErr w:type="spellStart"/>
      <w:r>
        <w:t>Licence</w:t>
      </w:r>
      <w:proofErr w:type="spellEnd"/>
      <w:r>
        <w:t xml:space="preserve"> 388847), and each of its related bodies corporate, including Rapid B2B Pty Ltd (ACN 635 079 113, Australian Credit </w:t>
      </w:r>
      <w:proofErr w:type="spellStart"/>
      <w:r>
        <w:t>Licence</w:t>
      </w:r>
      <w:proofErr w:type="spellEnd"/>
      <w:r>
        <w:t xml:space="preserve"> 518455) and Precise Transactions Pty Ltd (ACN 126 686 879, Australian Credit </w:t>
      </w:r>
      <w:proofErr w:type="spellStart"/>
      <w:r>
        <w:t>Licence</w:t>
      </w:r>
      <w:proofErr w:type="spellEnd"/>
      <w:r>
        <w:t xml:space="preserve"> 388834), are referred to in this policy as </w:t>
      </w:r>
      <w:r w:rsidRPr="00275965">
        <w:rPr>
          <w:b/>
          <w:bCs/>
        </w:rPr>
        <w:t>Rapid Loans</w:t>
      </w:r>
      <w:r>
        <w:t xml:space="preserve">, </w:t>
      </w:r>
      <w:r w:rsidRPr="00275965">
        <w:rPr>
          <w:b/>
          <w:bCs/>
        </w:rPr>
        <w:t>we</w:t>
      </w:r>
      <w:r>
        <w:t xml:space="preserve">, </w:t>
      </w:r>
      <w:r w:rsidRPr="00275965">
        <w:rPr>
          <w:b/>
          <w:bCs/>
        </w:rPr>
        <w:t>us</w:t>
      </w:r>
      <w:r>
        <w:t xml:space="preserve"> or </w:t>
      </w:r>
      <w:proofErr w:type="spellStart"/>
      <w:r w:rsidRPr="006B3684">
        <w:rPr>
          <w:b/>
          <w:bCs/>
        </w:rPr>
        <w:t>our</w:t>
      </w:r>
      <w:proofErr w:type="spellEnd"/>
      <w:r>
        <w:t>.</w:t>
      </w:r>
    </w:p>
    <w:p w14:paraId="62DA1A3D" w14:textId="52AFFC91" w:rsidR="00791AD3" w:rsidRPr="00211E43" w:rsidRDefault="00791AD3" w:rsidP="00791AD3">
      <w:pPr>
        <w:pStyle w:val="Heading1"/>
        <w:rPr>
          <w:color w:val="003932"/>
        </w:rPr>
      </w:pPr>
      <w:r w:rsidRPr="00211E43">
        <w:rPr>
          <w:color w:val="003932"/>
        </w:rPr>
        <w:t>1. Our commitment to protect your privacy</w:t>
      </w:r>
    </w:p>
    <w:p w14:paraId="507E7570" w14:textId="5C8E5151" w:rsidR="008D4D0E" w:rsidRDefault="001D0AF9">
      <w:r>
        <w:t>We</w:t>
      </w:r>
      <w:r w:rsidR="00791AD3">
        <w:t xml:space="preserve"> </w:t>
      </w:r>
      <w:r w:rsidR="00E4174B">
        <w:t>take our obligations to protect</w:t>
      </w:r>
      <w:r w:rsidR="00ED0462">
        <w:t xml:space="preserve"> </w:t>
      </w:r>
      <w:r w:rsidR="007C7AF0">
        <w:t xml:space="preserve">your </w:t>
      </w:r>
      <w:r w:rsidR="00E4174B">
        <w:t xml:space="preserve">personal information seriously. </w:t>
      </w:r>
      <w:r w:rsidR="00FF5C53">
        <w:t xml:space="preserve">This Privacy Policy explains how we collect, hold, use and disclose </w:t>
      </w:r>
      <w:r w:rsidR="00DE4F99">
        <w:t xml:space="preserve">your </w:t>
      </w:r>
      <w:r w:rsidR="00FF5C53">
        <w:t>personal information</w:t>
      </w:r>
      <w:r w:rsidR="00DE4F99">
        <w:t xml:space="preserve">. </w:t>
      </w:r>
      <w:r w:rsidR="00A22CBD" w:rsidRPr="00A22CBD">
        <w:t>It also deals with how you can access the personal information we hold about you, ask us how to correct it, or make a privacy related complaint.</w:t>
      </w:r>
    </w:p>
    <w:p w14:paraId="1E6C1C43" w14:textId="37345DD2" w:rsidR="008D4D0E" w:rsidRDefault="00FF5C53">
      <w:r>
        <w:t>We manage</w:t>
      </w:r>
      <w:r w:rsidR="00A22CBD">
        <w:t xml:space="preserve"> your</w:t>
      </w:r>
      <w:r>
        <w:t xml:space="preserve"> personal information in accordance with the Privacy Act 1988 (</w:t>
      </w:r>
      <w:proofErr w:type="spellStart"/>
      <w:r>
        <w:t>Cth</w:t>
      </w:r>
      <w:proofErr w:type="spellEnd"/>
      <w:r>
        <w:t>), including the Australian Privacy Principles</w:t>
      </w:r>
      <w:r w:rsidR="00BB5502">
        <w:t xml:space="preserve"> and </w:t>
      </w:r>
      <w:r>
        <w:t>Part IIIA of the Privacy Act and the Privacy (Credit Reporting) Code. Where relevant, we collect and verify information to comply with our obligations under the Anti-Money Laundering and Counter-Terrorism Financing Act 2006.</w:t>
      </w:r>
    </w:p>
    <w:p w14:paraId="4C66A92D" w14:textId="12506256" w:rsidR="008D4D0E" w:rsidRPr="00211E43" w:rsidRDefault="00901590">
      <w:pPr>
        <w:pStyle w:val="Heading1"/>
        <w:rPr>
          <w:color w:val="003932"/>
        </w:rPr>
      </w:pPr>
      <w:r w:rsidRPr="00211E43">
        <w:rPr>
          <w:color w:val="003932"/>
        </w:rPr>
        <w:t>2</w:t>
      </w:r>
      <w:r w:rsidR="00FF5C53" w:rsidRPr="00211E43">
        <w:rPr>
          <w:color w:val="003932"/>
        </w:rPr>
        <w:t>. What information we collect</w:t>
      </w:r>
    </w:p>
    <w:p w14:paraId="01108B76" w14:textId="77777777" w:rsidR="0074632D" w:rsidRDefault="00FF5C53">
      <w:r>
        <w:t xml:space="preserve">We collect information that is reasonably necessary </w:t>
      </w:r>
      <w:r w:rsidR="00E24D62">
        <w:t xml:space="preserve">for our business activities </w:t>
      </w:r>
      <w:r>
        <w:t>and legal obligations.</w:t>
      </w:r>
    </w:p>
    <w:p w14:paraId="150CC0D5" w14:textId="3989D6A8" w:rsidR="0074632D" w:rsidRDefault="00CD75B7">
      <w:r>
        <w:t xml:space="preserve">When we refer to </w:t>
      </w:r>
      <w:r w:rsidRPr="00901590">
        <w:rPr>
          <w:b/>
          <w:bCs/>
        </w:rPr>
        <w:t>personal information</w:t>
      </w:r>
      <w:r>
        <w:t>, we mean information</w:t>
      </w:r>
      <w:r w:rsidR="0074632D">
        <w:t xml:space="preserve"> or an opinion about you, </w:t>
      </w:r>
      <w:r>
        <w:t>from which your identity is reasonabl</w:t>
      </w:r>
      <w:r w:rsidR="00922044">
        <w:t>y</w:t>
      </w:r>
      <w:r>
        <w:t xml:space="preserve"> apparent.</w:t>
      </w:r>
    </w:p>
    <w:p w14:paraId="071D323C" w14:textId="095DA1AD" w:rsidR="00176F1A" w:rsidRDefault="0074632D">
      <w:r>
        <w:t>Personal information we may collect</w:t>
      </w:r>
      <w:r w:rsidR="001F3ED9">
        <w:t xml:space="preserve"> </w:t>
      </w:r>
      <w:proofErr w:type="gramStart"/>
      <w:r w:rsidR="00176F1A">
        <w:t>about</w:t>
      </w:r>
      <w:proofErr w:type="gramEnd"/>
      <w:r w:rsidR="00176F1A">
        <w:t xml:space="preserve"> you includes</w:t>
      </w:r>
      <w:r w:rsidR="00CF4B99">
        <w:t xml:space="preserve"> identity and contact details</w:t>
      </w:r>
      <w:r w:rsidR="00701D40">
        <w:t xml:space="preserve"> such as name, date of birth, </w:t>
      </w:r>
      <w:r w:rsidR="000E44A1">
        <w:t>address, and email address;</w:t>
      </w:r>
      <w:r w:rsidR="00CF4B99">
        <w:t xml:space="preserve"> information about your employment, income</w:t>
      </w:r>
      <w:r w:rsidR="00600B0E">
        <w:t>, assets, liabilities and expenses</w:t>
      </w:r>
      <w:r w:rsidR="000E44A1">
        <w:t>;</w:t>
      </w:r>
      <w:r w:rsidR="00600B0E">
        <w:t xml:space="preserve"> identification documents</w:t>
      </w:r>
      <w:r w:rsidR="000E44A1">
        <w:t>;</w:t>
      </w:r>
      <w:r w:rsidR="00600B0E">
        <w:t xml:space="preserve"> and proof of earnings and expenses. </w:t>
      </w:r>
    </w:p>
    <w:p w14:paraId="358CB4C2" w14:textId="4EC89F7E" w:rsidR="00A627BD" w:rsidRDefault="00A627BD">
      <w:r>
        <w:t xml:space="preserve">We may also collect </w:t>
      </w:r>
      <w:r w:rsidRPr="00A627BD">
        <w:rPr>
          <w:b/>
          <w:bCs/>
        </w:rPr>
        <w:t>credit-related information</w:t>
      </w:r>
      <w:r>
        <w:rPr>
          <w:b/>
          <w:bCs/>
        </w:rPr>
        <w:t xml:space="preserve"> </w:t>
      </w:r>
      <w:r w:rsidRPr="00A627BD">
        <w:t>about you</w:t>
      </w:r>
      <w:r w:rsidR="00903535">
        <w:t xml:space="preserve"> </w:t>
      </w:r>
      <w:r w:rsidR="00D875B9">
        <w:t>includ</w:t>
      </w:r>
      <w:r w:rsidR="00903535">
        <w:t>ing</w:t>
      </w:r>
      <w:r>
        <w:t xml:space="preserve">: </w:t>
      </w:r>
    </w:p>
    <w:p w14:paraId="1BBE4F35" w14:textId="6B8CBF81" w:rsidR="00F23953" w:rsidRDefault="00A627BD" w:rsidP="00A627BD">
      <w:pPr>
        <w:pStyle w:val="ListParagraph"/>
        <w:numPr>
          <w:ilvl w:val="0"/>
          <w:numId w:val="11"/>
        </w:numPr>
      </w:pPr>
      <w:r w:rsidRPr="00A627BD">
        <w:rPr>
          <w:i/>
          <w:iCs/>
        </w:rPr>
        <w:t>Credit information</w:t>
      </w:r>
      <w:r>
        <w:t xml:space="preserve">, </w:t>
      </w:r>
      <w:r w:rsidR="004D4C29">
        <w:t>such as information about your</w:t>
      </w:r>
      <w:r w:rsidR="00105817">
        <w:t xml:space="preserve"> identity, </w:t>
      </w:r>
      <w:r w:rsidR="00580CFF">
        <w:t>credit applications (type and amount)</w:t>
      </w:r>
      <w:r w:rsidR="004D4C29">
        <w:t xml:space="preserve">, </w:t>
      </w:r>
      <w:r w:rsidR="00F23953">
        <w:t>repayment history, financial hardship arrangements, defaults</w:t>
      </w:r>
      <w:r w:rsidR="00B13817">
        <w:t>, serious credit infringements, court proceedings or personal insolvency</w:t>
      </w:r>
      <w:r w:rsidR="00E15312">
        <w:t>; and</w:t>
      </w:r>
      <w:r w:rsidR="00B13817">
        <w:t xml:space="preserve"> </w:t>
      </w:r>
    </w:p>
    <w:p w14:paraId="7FE04922" w14:textId="77777777" w:rsidR="00E15312" w:rsidRDefault="00615576" w:rsidP="00665798">
      <w:pPr>
        <w:pStyle w:val="ListParagraph"/>
        <w:numPr>
          <w:ilvl w:val="0"/>
          <w:numId w:val="11"/>
        </w:numPr>
      </w:pPr>
      <w:r w:rsidRPr="00E15312">
        <w:rPr>
          <w:i/>
          <w:iCs/>
        </w:rPr>
        <w:t>Credit eligibility information</w:t>
      </w:r>
      <w:r>
        <w:t xml:space="preserve">, </w:t>
      </w:r>
      <w:r w:rsidR="00E15312">
        <w:t xml:space="preserve">being information we receive from credit reporting bodies and information derived from it such as credit scores and risk ratings. </w:t>
      </w:r>
    </w:p>
    <w:p w14:paraId="5C763596" w14:textId="07C0EB8C" w:rsidR="00665798" w:rsidRDefault="00D27322" w:rsidP="00E15312">
      <w:r w:rsidRPr="00D27322">
        <w:t xml:space="preserve">In some cases, </w:t>
      </w:r>
      <w:r w:rsidRPr="00E15312">
        <w:rPr>
          <w:b/>
          <w:bCs/>
        </w:rPr>
        <w:t>sensitive information</w:t>
      </w:r>
      <w:r w:rsidRPr="00D27322">
        <w:t xml:space="preserve"> may be collected for specific purposes</w:t>
      </w:r>
      <w:r w:rsidR="00D875B9">
        <w:t xml:space="preserve">, such as </w:t>
      </w:r>
      <w:r w:rsidRPr="00D27322">
        <w:t xml:space="preserve">information </w:t>
      </w:r>
      <w:r w:rsidR="00D875B9">
        <w:t xml:space="preserve">about </w:t>
      </w:r>
      <w:r w:rsidRPr="00D27322">
        <w:t xml:space="preserve">your health to </w:t>
      </w:r>
      <w:r w:rsidR="005B3561">
        <w:t xml:space="preserve">assess a hardship </w:t>
      </w:r>
      <w:r w:rsidRPr="00D27322">
        <w:t>application or your biometric information</w:t>
      </w:r>
      <w:r w:rsidR="005B3561">
        <w:t>,</w:t>
      </w:r>
      <w:r w:rsidRPr="00D27322">
        <w:t xml:space="preserve"> such as a photograph of your face</w:t>
      </w:r>
      <w:r w:rsidR="005B3561">
        <w:t>,</w:t>
      </w:r>
      <w:r w:rsidRPr="00D27322">
        <w:t xml:space="preserve"> to verify your identity.</w:t>
      </w:r>
      <w:r w:rsidR="00665798" w:rsidRPr="00665798">
        <w:t xml:space="preserve"> </w:t>
      </w:r>
    </w:p>
    <w:p w14:paraId="31A9049C" w14:textId="341FB661" w:rsidR="008D4D0E" w:rsidRPr="00211E43" w:rsidRDefault="00A81850">
      <w:pPr>
        <w:pStyle w:val="Heading1"/>
        <w:rPr>
          <w:color w:val="003932"/>
        </w:rPr>
      </w:pPr>
      <w:r w:rsidRPr="00211E43">
        <w:rPr>
          <w:color w:val="003932"/>
        </w:rPr>
        <w:t>3</w:t>
      </w:r>
      <w:r w:rsidR="00FF5C53" w:rsidRPr="00211E43">
        <w:rPr>
          <w:color w:val="003932"/>
        </w:rPr>
        <w:t>. How we collect</w:t>
      </w:r>
      <w:r w:rsidR="00D95170" w:rsidRPr="00211E43">
        <w:rPr>
          <w:color w:val="003932"/>
        </w:rPr>
        <w:t xml:space="preserve"> your personal </w:t>
      </w:r>
      <w:r w:rsidR="00FF5C53" w:rsidRPr="00211E43">
        <w:rPr>
          <w:color w:val="003932"/>
        </w:rPr>
        <w:t>information</w:t>
      </w:r>
    </w:p>
    <w:p w14:paraId="3C22AAC4" w14:textId="71888F80" w:rsidR="008D4D0E" w:rsidRDefault="00FF5C53">
      <w:r>
        <w:t xml:space="preserve">We usually collect information directly from you, including when you apply for a product, complete a form, use our website, communicate with us by </w:t>
      </w:r>
      <w:r w:rsidR="00D6537E">
        <w:t xml:space="preserve">phone or </w:t>
      </w:r>
      <w:r>
        <w:t>email or otherwise interact with us.</w:t>
      </w:r>
    </w:p>
    <w:p w14:paraId="60215AC7" w14:textId="72FADD24" w:rsidR="00E07611" w:rsidRDefault="00FF5C53">
      <w:r>
        <w:lastRenderedPageBreak/>
        <w:t xml:space="preserve">We may also collect information from third parties, including credit reporting bodies, </w:t>
      </w:r>
      <w:r w:rsidR="00D92ABC">
        <w:t>introducers (such as brokers and referrers)</w:t>
      </w:r>
      <w:r w:rsidR="00E07611">
        <w:t xml:space="preserve">, </w:t>
      </w:r>
      <w:r w:rsidR="00380E13">
        <w:t xml:space="preserve">third parties </w:t>
      </w:r>
      <w:r w:rsidR="00E07611">
        <w:t xml:space="preserve">who supply services to us, </w:t>
      </w:r>
      <w:r w:rsidR="0085678A">
        <w:t xml:space="preserve">employers and recruiters, </w:t>
      </w:r>
      <w:r w:rsidR="001376FF">
        <w:t xml:space="preserve">publicly available registers and records, or other individuals or </w:t>
      </w:r>
      <w:proofErr w:type="spellStart"/>
      <w:r w:rsidR="001376FF">
        <w:t>organisations</w:t>
      </w:r>
      <w:proofErr w:type="spellEnd"/>
      <w:r w:rsidR="001376FF">
        <w:t xml:space="preserve"> where you have </w:t>
      </w:r>
      <w:proofErr w:type="spellStart"/>
      <w:r w:rsidR="001376FF">
        <w:t>authori</w:t>
      </w:r>
      <w:r w:rsidR="004E4988">
        <w:t>s</w:t>
      </w:r>
      <w:r w:rsidR="001376FF">
        <w:t>ed</w:t>
      </w:r>
      <w:proofErr w:type="spellEnd"/>
      <w:r w:rsidR="001376FF">
        <w:t xml:space="preserve"> them to provide information to us. </w:t>
      </w:r>
    </w:p>
    <w:p w14:paraId="60E29A32" w14:textId="493B5F55" w:rsidR="008D4D0E" w:rsidRPr="00211E43" w:rsidRDefault="00A81850">
      <w:pPr>
        <w:pStyle w:val="Heading1"/>
        <w:rPr>
          <w:color w:val="003932"/>
        </w:rPr>
      </w:pPr>
      <w:r w:rsidRPr="00211E43">
        <w:rPr>
          <w:color w:val="003932"/>
        </w:rPr>
        <w:t>4</w:t>
      </w:r>
      <w:r w:rsidR="00FF5C53" w:rsidRPr="00211E43">
        <w:rPr>
          <w:color w:val="003932"/>
        </w:rPr>
        <w:t>. Why we collect</w:t>
      </w:r>
      <w:r w:rsidR="00530F6B" w:rsidRPr="00211E43">
        <w:rPr>
          <w:color w:val="003932"/>
        </w:rPr>
        <w:t xml:space="preserve"> </w:t>
      </w:r>
      <w:r w:rsidR="00D95170" w:rsidRPr="00211E43">
        <w:rPr>
          <w:color w:val="003932"/>
        </w:rPr>
        <w:t xml:space="preserve">your personal </w:t>
      </w:r>
      <w:r w:rsidR="00FF5C53" w:rsidRPr="00211E43">
        <w:rPr>
          <w:color w:val="003932"/>
        </w:rPr>
        <w:t>information</w:t>
      </w:r>
    </w:p>
    <w:p w14:paraId="62713331" w14:textId="3741F6A4" w:rsidR="00B9779E" w:rsidRDefault="00A94660" w:rsidP="00A94660">
      <w:r>
        <w:t>We collect</w:t>
      </w:r>
      <w:r w:rsidR="00895002">
        <w:t xml:space="preserve"> your personal information </w:t>
      </w:r>
      <w:r w:rsidR="00D66EE9">
        <w:t xml:space="preserve">to provide, administer and improve </w:t>
      </w:r>
      <w:r w:rsidR="00ED4AEF">
        <w:t>our</w:t>
      </w:r>
      <w:r w:rsidR="00D66EE9">
        <w:t xml:space="preserve"> </w:t>
      </w:r>
      <w:r w:rsidR="00B9779E">
        <w:t xml:space="preserve">products and services. This </w:t>
      </w:r>
      <w:r w:rsidR="004139E8">
        <w:t>includes</w:t>
      </w:r>
      <w:r w:rsidR="00B9779E">
        <w:t>:</w:t>
      </w:r>
    </w:p>
    <w:p w14:paraId="2B4EB52C" w14:textId="424D355E" w:rsidR="00B9779E" w:rsidRDefault="00CB0031" w:rsidP="00B9779E">
      <w:pPr>
        <w:pStyle w:val="ListParagraph"/>
        <w:numPr>
          <w:ilvl w:val="0"/>
          <w:numId w:val="18"/>
        </w:numPr>
      </w:pPr>
      <w:r>
        <w:t>v</w:t>
      </w:r>
      <w:r w:rsidR="00B9779E">
        <w:t>erify</w:t>
      </w:r>
      <w:r w:rsidR="00CE7DEA">
        <w:t>ing</w:t>
      </w:r>
      <w:r w:rsidR="00B9779E">
        <w:t xml:space="preserve"> your identity</w:t>
      </w:r>
      <w:r w:rsidR="00A55174">
        <w:t>;</w:t>
      </w:r>
    </w:p>
    <w:p w14:paraId="54DC6D68" w14:textId="1ECF8C32" w:rsidR="00CB0031" w:rsidRDefault="00CB0031" w:rsidP="00B9779E">
      <w:pPr>
        <w:pStyle w:val="ListParagraph"/>
        <w:numPr>
          <w:ilvl w:val="0"/>
          <w:numId w:val="18"/>
        </w:numPr>
      </w:pPr>
      <w:r>
        <w:t>assess</w:t>
      </w:r>
      <w:r w:rsidR="00CE7DEA">
        <w:t>ing</w:t>
      </w:r>
      <w:r>
        <w:t xml:space="preserve"> your application for</w:t>
      </w:r>
      <w:r w:rsidR="00E96359">
        <w:t xml:space="preserve"> </w:t>
      </w:r>
      <w:r w:rsidR="00EE44BD">
        <w:t>finance and related services</w:t>
      </w:r>
      <w:r w:rsidR="00A55174">
        <w:t>;</w:t>
      </w:r>
    </w:p>
    <w:p w14:paraId="2DAD41A1" w14:textId="37CF07FB" w:rsidR="00CB0031" w:rsidRDefault="00330146" w:rsidP="00B9779E">
      <w:pPr>
        <w:pStyle w:val="ListParagraph"/>
        <w:numPr>
          <w:ilvl w:val="0"/>
          <w:numId w:val="18"/>
        </w:numPr>
      </w:pPr>
      <w:r>
        <w:t>communicat</w:t>
      </w:r>
      <w:r w:rsidR="00CE7DEA">
        <w:t>ing</w:t>
      </w:r>
      <w:r w:rsidR="00ED4AEF">
        <w:t xml:space="preserve"> </w:t>
      </w:r>
      <w:r w:rsidR="004139E8">
        <w:t xml:space="preserve">with you </w:t>
      </w:r>
      <w:r w:rsidR="00A55174">
        <w:t>and manag</w:t>
      </w:r>
      <w:r w:rsidR="00CE7DEA">
        <w:t>ing</w:t>
      </w:r>
      <w:r w:rsidR="004139E8">
        <w:t xml:space="preserve"> </w:t>
      </w:r>
      <w:r w:rsidR="00A55174">
        <w:t>your account;</w:t>
      </w:r>
    </w:p>
    <w:p w14:paraId="136750A3" w14:textId="08BEE079" w:rsidR="004139E8" w:rsidRDefault="00264EF4" w:rsidP="00264EF4">
      <w:pPr>
        <w:pStyle w:val="ListParagraph"/>
        <w:numPr>
          <w:ilvl w:val="0"/>
          <w:numId w:val="18"/>
        </w:numPr>
      </w:pPr>
      <w:r>
        <w:t>market</w:t>
      </w:r>
      <w:r w:rsidR="00CE7DEA">
        <w:t>ing</w:t>
      </w:r>
      <w:r w:rsidR="004139E8">
        <w:t xml:space="preserve"> our products and services to you;</w:t>
      </w:r>
    </w:p>
    <w:p w14:paraId="644B26F5" w14:textId="3D5782F0" w:rsidR="00AC1D9D" w:rsidRDefault="00AC1D9D" w:rsidP="00264EF4">
      <w:pPr>
        <w:pStyle w:val="ListParagraph"/>
        <w:numPr>
          <w:ilvl w:val="0"/>
          <w:numId w:val="18"/>
        </w:numPr>
      </w:pPr>
      <w:r>
        <w:t>undertak</w:t>
      </w:r>
      <w:r w:rsidR="00CE7DEA">
        <w:t>ing</w:t>
      </w:r>
      <w:r>
        <w:t xml:space="preserve"> data analytics</w:t>
      </w:r>
      <w:r w:rsidR="00BE3230">
        <w:t>, customer research</w:t>
      </w:r>
      <w:r w:rsidR="00FD4E16">
        <w:t xml:space="preserve"> </w:t>
      </w:r>
      <w:r w:rsidR="00C408A8">
        <w:t xml:space="preserve">and </w:t>
      </w:r>
      <w:r>
        <w:t xml:space="preserve">product </w:t>
      </w:r>
      <w:r w:rsidR="00FD4E16">
        <w:t xml:space="preserve">improvement </w:t>
      </w:r>
      <w:r>
        <w:t xml:space="preserve">activities; </w:t>
      </w:r>
    </w:p>
    <w:p w14:paraId="3909F70E" w14:textId="7F90C715" w:rsidR="00F175B0" w:rsidRDefault="00F175B0" w:rsidP="00264EF4">
      <w:pPr>
        <w:pStyle w:val="ListParagraph"/>
        <w:numPr>
          <w:ilvl w:val="0"/>
          <w:numId w:val="18"/>
        </w:numPr>
      </w:pPr>
      <w:r>
        <w:t>comply</w:t>
      </w:r>
      <w:r w:rsidR="00CE7DEA">
        <w:t>ing</w:t>
      </w:r>
      <w:r>
        <w:t xml:space="preserve"> with our legal and regulatory obligations. </w:t>
      </w:r>
    </w:p>
    <w:p w14:paraId="43EE6337" w14:textId="341A0D0D" w:rsidR="00FA5EFE" w:rsidRDefault="00EC7170" w:rsidP="00243E43">
      <w:r w:rsidRPr="00AF15BF">
        <w:t>You may interact with us anonymously or by using a pseudonym if the interaction is general in nature.</w:t>
      </w:r>
      <w:r w:rsidR="00FA5EFE">
        <w:t xml:space="preserve"> However, </w:t>
      </w:r>
      <w:r w:rsidR="00957FA5">
        <w:t>if you do not provide the personal information we reasonably request, we may be unable to provide you with our products or services.</w:t>
      </w:r>
      <w:r w:rsidR="008A7107">
        <w:t xml:space="preserve"> That is because it is impractical, and in some cases, unlawful for us to deal with individuals who are not identified. </w:t>
      </w:r>
    </w:p>
    <w:p w14:paraId="03BF6072" w14:textId="74C081CA" w:rsidR="008D4D0E" w:rsidRPr="00211E43" w:rsidRDefault="00A81850">
      <w:pPr>
        <w:pStyle w:val="Heading1"/>
        <w:rPr>
          <w:color w:val="003932"/>
        </w:rPr>
      </w:pPr>
      <w:r w:rsidRPr="00211E43">
        <w:rPr>
          <w:color w:val="003932"/>
        </w:rPr>
        <w:t>5</w:t>
      </w:r>
      <w:r w:rsidR="00FF5C53" w:rsidRPr="00211E43">
        <w:rPr>
          <w:color w:val="003932"/>
        </w:rPr>
        <w:t>. Credit reporting and notifiable matters</w:t>
      </w:r>
    </w:p>
    <w:p w14:paraId="5FE397BB" w14:textId="4154FAFB" w:rsidR="008D4D0E" w:rsidRPr="00641923" w:rsidRDefault="00FF5C53">
      <w:r w:rsidRPr="00641923">
        <w:t>When you apply for credit, we may</w:t>
      </w:r>
      <w:r w:rsidR="00F81A50" w:rsidRPr="00641923">
        <w:t xml:space="preserve"> obtain a copy of your credit report from a </w:t>
      </w:r>
      <w:r w:rsidR="00100030" w:rsidRPr="00641923">
        <w:t xml:space="preserve">credit reporting </w:t>
      </w:r>
      <w:r w:rsidR="00F81A50" w:rsidRPr="00641923">
        <w:t xml:space="preserve">body </w:t>
      </w:r>
      <w:r w:rsidR="007F77EF" w:rsidRPr="00641923">
        <w:t>to assess your application</w:t>
      </w:r>
      <w:r w:rsidRPr="00641923">
        <w:t>.</w:t>
      </w:r>
      <w:r w:rsidR="00395D9C" w:rsidRPr="00641923">
        <w:t xml:space="preserve"> </w:t>
      </w:r>
      <w:r w:rsidR="0043345E" w:rsidRPr="00641923">
        <w:t xml:space="preserve">This is </w:t>
      </w:r>
      <w:r w:rsidR="007F77EF" w:rsidRPr="00641923">
        <w:t xml:space="preserve">known as </w:t>
      </w:r>
      <w:r w:rsidR="0043345E" w:rsidRPr="00641923">
        <w:t xml:space="preserve">a ‘credit </w:t>
      </w:r>
      <w:proofErr w:type="gramStart"/>
      <w:r w:rsidR="0043345E" w:rsidRPr="00641923">
        <w:t>enquiry’</w:t>
      </w:r>
      <w:r w:rsidR="0004760E" w:rsidRPr="00641923">
        <w:t>.</w:t>
      </w:r>
      <w:proofErr w:type="gramEnd"/>
      <w:r w:rsidR="0043345E" w:rsidRPr="00641923">
        <w:t xml:space="preserve"> </w:t>
      </w:r>
      <w:r w:rsidRPr="00641923">
        <w:t xml:space="preserve">The credit reporting body may record the enquiry on your credit file and </w:t>
      </w:r>
      <w:r w:rsidR="00006AD1">
        <w:t xml:space="preserve">make it available to </w:t>
      </w:r>
      <w:r w:rsidR="00A76CEB" w:rsidRPr="00641923">
        <w:t>other credit providers to assess</w:t>
      </w:r>
      <w:r w:rsidRPr="00641923">
        <w:t xml:space="preserve"> your creditworthiness.</w:t>
      </w:r>
      <w:r w:rsidR="00D43717" w:rsidRPr="00641923">
        <w:t xml:space="preserve"> M</w:t>
      </w:r>
      <w:r w:rsidR="00A334C5" w:rsidRPr="00641923">
        <w:t xml:space="preserve">ultiple credit enquiries </w:t>
      </w:r>
      <w:r w:rsidR="00D43717" w:rsidRPr="00641923">
        <w:t xml:space="preserve">may affect your </w:t>
      </w:r>
      <w:r w:rsidR="00A334C5" w:rsidRPr="00641923">
        <w:t>credit score or rating</w:t>
      </w:r>
      <w:r w:rsidR="00A6291A" w:rsidRPr="00641923">
        <w:t>.</w:t>
      </w:r>
    </w:p>
    <w:p w14:paraId="3940C21E" w14:textId="1AF825BF" w:rsidR="008D4D0E" w:rsidRPr="00641923" w:rsidRDefault="00FF5C53">
      <w:r w:rsidRPr="00641923">
        <w:t xml:space="preserve">We may also disclose credit information </w:t>
      </w:r>
      <w:r w:rsidR="00D43717" w:rsidRPr="00641923">
        <w:t xml:space="preserve">about your loan </w:t>
      </w:r>
      <w:r w:rsidR="00B664ED" w:rsidRPr="00641923">
        <w:t>to credit reporting bodies</w:t>
      </w:r>
      <w:r w:rsidR="003D4B5C" w:rsidRPr="00641923">
        <w:t xml:space="preserve">, </w:t>
      </w:r>
      <w:r w:rsidR="00641923" w:rsidRPr="00641923">
        <w:t xml:space="preserve">where permitted by law, including where you </w:t>
      </w:r>
      <w:r w:rsidR="008857DD" w:rsidRPr="00641923">
        <w:t>fail to meet your payment obligations, commit a serious credit infringement</w:t>
      </w:r>
      <w:r w:rsidR="00641923" w:rsidRPr="00641923">
        <w:t xml:space="preserve">, </w:t>
      </w:r>
      <w:proofErr w:type="gramStart"/>
      <w:r w:rsidR="008857DD" w:rsidRPr="00641923">
        <w:t>enter into</w:t>
      </w:r>
      <w:proofErr w:type="gramEnd"/>
      <w:r w:rsidR="008857DD" w:rsidRPr="00641923">
        <w:t xml:space="preserve"> a financial hardship arrangemen</w:t>
      </w:r>
      <w:r w:rsidR="00FA3119" w:rsidRPr="00641923">
        <w:t>t or commit a serious offence such as fraud</w:t>
      </w:r>
      <w:r w:rsidR="008857DD" w:rsidRPr="00641923">
        <w:t>.</w:t>
      </w:r>
      <w:r w:rsidRPr="00641923">
        <w:t xml:space="preserve"> Credit reporting bodies may include that information </w:t>
      </w:r>
      <w:r w:rsidR="0036134C">
        <w:t>on your credit file</w:t>
      </w:r>
      <w:r w:rsidRPr="00641923">
        <w:t>.</w:t>
      </w:r>
    </w:p>
    <w:p w14:paraId="0463C2EE" w14:textId="77777777" w:rsidR="008D4D0E" w:rsidRDefault="00FF5C53">
      <w:r>
        <w:t>We exchange information with the following credit reporting bodies:</w:t>
      </w:r>
    </w:p>
    <w:p w14:paraId="0239E9A0" w14:textId="77777777" w:rsidR="008D4D0E" w:rsidRDefault="00FF5C53">
      <w:pPr>
        <w:pStyle w:val="ListBullet"/>
      </w:pPr>
      <w:r>
        <w:t>Equifax, PO Box 964, North Sydney NSW 2059, www.equifax.com.au, 13 83 32; and</w:t>
      </w:r>
    </w:p>
    <w:p w14:paraId="02C44558" w14:textId="77777777" w:rsidR="008D4D0E" w:rsidRDefault="00FF5C53">
      <w:pPr>
        <w:pStyle w:val="ListBullet"/>
      </w:pPr>
      <w:proofErr w:type="spellStart"/>
      <w:r>
        <w:t>Illion</w:t>
      </w:r>
      <w:proofErr w:type="spellEnd"/>
      <w:r>
        <w:t>, PO Box 7405, St Kilda Road, Melbourne VIC 3004, www.illion.com.au, 13 23 33.</w:t>
      </w:r>
    </w:p>
    <w:p w14:paraId="3EA4E683" w14:textId="77777777" w:rsidR="008D4D0E" w:rsidRDefault="00FF5C53">
      <w:r>
        <w:t>You may contact these credit reporting bodies directly to access their privacy policies, request access to or correction of credit reporting information they hold about you, opt out of permitted credit reporting pre-screening for direct marketing, or request additional protections if you believe you are, or may be, a victim of fraud.</w:t>
      </w:r>
    </w:p>
    <w:p w14:paraId="572BFA23" w14:textId="6EB26F4A" w:rsidR="008D4D0E" w:rsidRPr="00211E43" w:rsidRDefault="00A81850">
      <w:pPr>
        <w:pStyle w:val="Heading1"/>
        <w:rPr>
          <w:color w:val="003932"/>
        </w:rPr>
      </w:pPr>
      <w:r w:rsidRPr="00211E43">
        <w:rPr>
          <w:color w:val="003932"/>
        </w:rPr>
        <w:lastRenderedPageBreak/>
        <w:t>6</w:t>
      </w:r>
      <w:r w:rsidR="00FF5C53" w:rsidRPr="00211E43">
        <w:rPr>
          <w:color w:val="003932"/>
        </w:rPr>
        <w:t>. Who we disclose</w:t>
      </w:r>
      <w:r w:rsidR="00D95170" w:rsidRPr="00211E43">
        <w:rPr>
          <w:color w:val="003932"/>
        </w:rPr>
        <w:t xml:space="preserve"> your personal</w:t>
      </w:r>
      <w:r w:rsidR="00FF5C53" w:rsidRPr="00211E43">
        <w:rPr>
          <w:color w:val="003932"/>
        </w:rPr>
        <w:t xml:space="preserve"> information to</w:t>
      </w:r>
    </w:p>
    <w:p w14:paraId="3AB64461" w14:textId="507A5E65" w:rsidR="007A3A21" w:rsidRDefault="007A3A21" w:rsidP="007A3A21">
      <w:pPr>
        <w:pStyle w:val="ListBullet"/>
        <w:numPr>
          <w:ilvl w:val="0"/>
          <w:numId w:val="0"/>
        </w:numPr>
      </w:pPr>
      <w:r>
        <w:t>We may disclose your personal information to:</w:t>
      </w:r>
    </w:p>
    <w:p w14:paraId="7D6A0B3C" w14:textId="7FEC97EC" w:rsidR="007A3A21" w:rsidRDefault="007A3A21" w:rsidP="007A3A21">
      <w:pPr>
        <w:pStyle w:val="ListParagraph"/>
        <w:numPr>
          <w:ilvl w:val="0"/>
          <w:numId w:val="11"/>
        </w:numPr>
      </w:pPr>
      <w:r>
        <w:t xml:space="preserve">our related </w:t>
      </w:r>
      <w:r w:rsidR="005B3561">
        <w:t>companies</w:t>
      </w:r>
      <w:r>
        <w:t>;</w:t>
      </w:r>
    </w:p>
    <w:p w14:paraId="453CF2F7" w14:textId="23C8E567" w:rsidR="00C84C1F" w:rsidRDefault="00C84C1F" w:rsidP="007A3A21">
      <w:pPr>
        <w:pStyle w:val="ListParagraph"/>
        <w:numPr>
          <w:ilvl w:val="0"/>
          <w:numId w:val="11"/>
        </w:numPr>
      </w:pPr>
      <w:r>
        <w:t xml:space="preserve">service providers </w:t>
      </w:r>
      <w:r w:rsidR="00F251CB">
        <w:t>that</w:t>
      </w:r>
      <w:r w:rsidR="00AA6F12">
        <w:t xml:space="preserve"> support</w:t>
      </w:r>
      <w:r>
        <w:t xml:space="preserve"> our business, including technology, marketing, legal, accounting, audit</w:t>
      </w:r>
      <w:r w:rsidR="000D5EE7">
        <w:t xml:space="preserve">, </w:t>
      </w:r>
      <w:r>
        <w:t>debt collection services</w:t>
      </w:r>
      <w:r w:rsidR="000D5EE7">
        <w:t xml:space="preserve"> and identity verification services</w:t>
      </w:r>
      <w:r>
        <w:t>;</w:t>
      </w:r>
    </w:p>
    <w:p w14:paraId="5A0C7DB9" w14:textId="50FB3CB9" w:rsidR="00E71A8F" w:rsidRDefault="00E71A8F" w:rsidP="007A3A21">
      <w:pPr>
        <w:pStyle w:val="ListParagraph"/>
        <w:numPr>
          <w:ilvl w:val="0"/>
          <w:numId w:val="11"/>
        </w:numPr>
      </w:pPr>
      <w:r>
        <w:t>funders</w:t>
      </w:r>
      <w:r w:rsidR="00F6750E">
        <w:t xml:space="preserve">, financiers, </w:t>
      </w:r>
      <w:r>
        <w:t>investors</w:t>
      </w:r>
      <w:r w:rsidR="00F6750E">
        <w:t xml:space="preserve"> and</w:t>
      </w:r>
      <w:r>
        <w:t xml:space="preserve"> prospective investors;</w:t>
      </w:r>
    </w:p>
    <w:p w14:paraId="3B850CEE" w14:textId="359590D5" w:rsidR="00C84C1F" w:rsidRDefault="00251C2A" w:rsidP="007A3A21">
      <w:pPr>
        <w:pStyle w:val="ListParagraph"/>
        <w:numPr>
          <w:ilvl w:val="0"/>
          <w:numId w:val="11"/>
        </w:numPr>
      </w:pPr>
      <w:r>
        <w:t>brokers</w:t>
      </w:r>
      <w:r w:rsidR="00F6750E">
        <w:t>,</w:t>
      </w:r>
      <w:r>
        <w:t xml:space="preserve"> introducers</w:t>
      </w:r>
      <w:r w:rsidR="00F6750E">
        <w:t xml:space="preserve"> an</w:t>
      </w:r>
      <w:r w:rsidR="00AA6F12">
        <w:t>d</w:t>
      </w:r>
      <w:r w:rsidR="00F6750E">
        <w:t xml:space="preserve"> referral partners</w:t>
      </w:r>
      <w:r>
        <w:t>;</w:t>
      </w:r>
    </w:p>
    <w:p w14:paraId="683E005E" w14:textId="2B621BEC" w:rsidR="007A3A21" w:rsidRDefault="007A3A21" w:rsidP="007A3A21">
      <w:pPr>
        <w:pStyle w:val="ListParagraph"/>
        <w:numPr>
          <w:ilvl w:val="0"/>
          <w:numId w:val="11"/>
        </w:numPr>
      </w:pPr>
      <w:r>
        <w:t>credit reporting bodies</w:t>
      </w:r>
      <w:r w:rsidR="00D47C4E">
        <w:t xml:space="preserve"> and </w:t>
      </w:r>
      <w:r>
        <w:t>other credit providers;</w:t>
      </w:r>
    </w:p>
    <w:p w14:paraId="4A7FF99C" w14:textId="77777777" w:rsidR="00B071B5" w:rsidRDefault="00B071B5" w:rsidP="007A3A21">
      <w:pPr>
        <w:pStyle w:val="ListParagraph"/>
        <w:numPr>
          <w:ilvl w:val="0"/>
          <w:numId w:val="11"/>
        </w:numPr>
      </w:pPr>
      <w:r>
        <w:t>g</w:t>
      </w:r>
      <w:r w:rsidRPr="00B071B5">
        <w:t xml:space="preserve">uarantors, security providers and </w:t>
      </w:r>
      <w:proofErr w:type="gramStart"/>
      <w:r w:rsidRPr="00B071B5">
        <w:t>persons</w:t>
      </w:r>
      <w:proofErr w:type="gramEnd"/>
      <w:r w:rsidRPr="00B071B5">
        <w:t xml:space="preserve"> acting on your behalf; </w:t>
      </w:r>
    </w:p>
    <w:p w14:paraId="65C60D2F" w14:textId="184039B9" w:rsidR="00F464EA" w:rsidRDefault="00F464EA" w:rsidP="00F464EA">
      <w:pPr>
        <w:pStyle w:val="ListParagraph"/>
        <w:numPr>
          <w:ilvl w:val="0"/>
          <w:numId w:val="11"/>
        </w:numPr>
      </w:pPr>
      <w:r w:rsidRPr="00B071B5">
        <w:t xml:space="preserve">employers, </w:t>
      </w:r>
      <w:r>
        <w:t>former employers</w:t>
      </w:r>
      <w:r w:rsidR="00BF6142">
        <w:t xml:space="preserve">, </w:t>
      </w:r>
      <w:r w:rsidRPr="00B071B5">
        <w:t>referees</w:t>
      </w:r>
      <w:r w:rsidR="00BF6142">
        <w:t>, real estate agents</w:t>
      </w:r>
      <w:r w:rsidRPr="00B071B5">
        <w:t xml:space="preserve"> and other </w:t>
      </w:r>
      <w:proofErr w:type="gramStart"/>
      <w:r w:rsidRPr="00B071B5">
        <w:t>persons</w:t>
      </w:r>
      <w:proofErr w:type="gramEnd"/>
      <w:r w:rsidRPr="00B071B5">
        <w:t xml:space="preserve"> </w:t>
      </w:r>
      <w:r w:rsidR="00654D78">
        <w:t xml:space="preserve">identified in connection with your </w:t>
      </w:r>
      <w:r w:rsidR="00F02CFF">
        <w:t>loan account</w:t>
      </w:r>
      <w:r w:rsidR="00BF6142">
        <w:t xml:space="preserve">, </w:t>
      </w:r>
      <w:r w:rsidRPr="00B071B5">
        <w:t xml:space="preserve">who </w:t>
      </w:r>
      <w:r w:rsidR="00BF6142">
        <w:t xml:space="preserve">may </w:t>
      </w:r>
      <w:r w:rsidRPr="00B071B5">
        <w:t xml:space="preserve">assist us to verify </w:t>
      </w:r>
      <w:r w:rsidR="002A066E">
        <w:t xml:space="preserve">information </w:t>
      </w:r>
      <w:r w:rsidR="008E0716">
        <w:t xml:space="preserve">you provide </w:t>
      </w:r>
      <w:r w:rsidR="00B27B49">
        <w:t>or administer your loan</w:t>
      </w:r>
      <w:r w:rsidRPr="00B071B5">
        <w:t>;</w:t>
      </w:r>
    </w:p>
    <w:p w14:paraId="41CAC07F" w14:textId="1FCFD879" w:rsidR="00D47C4E" w:rsidRDefault="00D47C4E" w:rsidP="007A3A21">
      <w:pPr>
        <w:pStyle w:val="ListParagraph"/>
        <w:numPr>
          <w:ilvl w:val="0"/>
          <w:numId w:val="11"/>
        </w:numPr>
      </w:pPr>
      <w:r>
        <w:t>professional advisers;</w:t>
      </w:r>
    </w:p>
    <w:p w14:paraId="76860ED9" w14:textId="77777777" w:rsidR="00C92477" w:rsidRDefault="00C92477" w:rsidP="00C92477">
      <w:pPr>
        <w:pStyle w:val="ListParagraph"/>
        <w:numPr>
          <w:ilvl w:val="0"/>
          <w:numId w:val="11"/>
        </w:numPr>
      </w:pPr>
      <w:r>
        <w:t>payment providers and financial institutions;</w:t>
      </w:r>
    </w:p>
    <w:p w14:paraId="297D8C10" w14:textId="6673F1C5" w:rsidR="00F464EA" w:rsidRDefault="00E71A8F" w:rsidP="00F464EA">
      <w:pPr>
        <w:pStyle w:val="ListParagraph"/>
        <w:numPr>
          <w:ilvl w:val="0"/>
          <w:numId w:val="11"/>
        </w:numPr>
      </w:pPr>
      <w:r>
        <w:t>regulators, external dispute resolution schemes, government agencies, and law enforcement bodies;</w:t>
      </w:r>
      <w:r w:rsidR="00F464EA" w:rsidRPr="00F464EA">
        <w:t xml:space="preserve"> </w:t>
      </w:r>
    </w:p>
    <w:p w14:paraId="4F700ABF" w14:textId="619C9D6C" w:rsidR="00E71A8F" w:rsidRDefault="007A3A21" w:rsidP="007A3A21">
      <w:pPr>
        <w:pStyle w:val="ListParagraph"/>
        <w:numPr>
          <w:ilvl w:val="0"/>
          <w:numId w:val="11"/>
        </w:numPr>
      </w:pPr>
      <w:r>
        <w:t xml:space="preserve">other persons or </w:t>
      </w:r>
      <w:r w:rsidR="003937DB">
        <w:t>entit</w:t>
      </w:r>
      <w:r w:rsidR="00F251CB">
        <w:t>ies</w:t>
      </w:r>
      <w:r>
        <w:t xml:space="preserve"> </w:t>
      </w:r>
      <w:proofErr w:type="spellStart"/>
      <w:r w:rsidR="00E71A8F">
        <w:t>authorised</w:t>
      </w:r>
      <w:proofErr w:type="spellEnd"/>
      <w:r w:rsidR="00E71A8F">
        <w:t xml:space="preserve"> by you or permitted by law. </w:t>
      </w:r>
    </w:p>
    <w:p w14:paraId="5A7C2689" w14:textId="7B7D9439" w:rsidR="008D4D0E" w:rsidRPr="00211E43" w:rsidRDefault="00A81850">
      <w:pPr>
        <w:pStyle w:val="Heading1"/>
        <w:rPr>
          <w:color w:val="003932"/>
        </w:rPr>
      </w:pPr>
      <w:r w:rsidRPr="00211E43">
        <w:rPr>
          <w:color w:val="003932"/>
        </w:rPr>
        <w:t>7</w:t>
      </w:r>
      <w:r w:rsidR="00FF5C53" w:rsidRPr="00211E43">
        <w:rPr>
          <w:color w:val="003932"/>
        </w:rPr>
        <w:t xml:space="preserve">. </w:t>
      </w:r>
      <w:r w:rsidR="00B568A1" w:rsidRPr="00211E43">
        <w:rPr>
          <w:color w:val="003932"/>
        </w:rPr>
        <w:t>Lead referral partners</w:t>
      </w:r>
    </w:p>
    <w:p w14:paraId="5AD932A2" w14:textId="36B2443D" w:rsidR="00B568A1" w:rsidRDefault="00FF5C53">
      <w:r>
        <w:t xml:space="preserve">If we are unable to assist you, we may ask for your consent to refer your </w:t>
      </w:r>
      <w:r w:rsidR="00350D17">
        <w:t xml:space="preserve">personal </w:t>
      </w:r>
      <w:r>
        <w:t xml:space="preserve">information to </w:t>
      </w:r>
      <w:r w:rsidR="00A81F57">
        <w:t>another</w:t>
      </w:r>
      <w:r>
        <w:t xml:space="preserve"> credit provider</w:t>
      </w:r>
      <w:r w:rsidR="00BA1356">
        <w:t xml:space="preserve">, </w:t>
      </w:r>
      <w:r>
        <w:t>credit assistance provider</w:t>
      </w:r>
      <w:r w:rsidR="00BA1356">
        <w:t xml:space="preserve"> or lead referral </w:t>
      </w:r>
      <w:r w:rsidR="00B568A1">
        <w:t>partner</w:t>
      </w:r>
      <w:r>
        <w:t xml:space="preserve">, </w:t>
      </w:r>
      <w:r w:rsidR="001427A1">
        <w:t xml:space="preserve">including </w:t>
      </w:r>
      <w:r>
        <w:t>Lead Market Australia Pty Ltd</w:t>
      </w:r>
      <w:r w:rsidR="001427A1">
        <w:t xml:space="preserve"> and </w:t>
      </w:r>
      <w:r>
        <w:t>Credit Sense Australia Pty Lt</w:t>
      </w:r>
      <w:r w:rsidR="00B568A1">
        <w:t xml:space="preserve">d, so they can assess whether they may be able to offer you a product or service. </w:t>
      </w:r>
    </w:p>
    <w:p w14:paraId="7EB10DC7" w14:textId="60E09C63" w:rsidR="001427A1" w:rsidRDefault="00B568A1">
      <w:r>
        <w:t xml:space="preserve">The information we may provide </w:t>
      </w:r>
      <w:r w:rsidR="00BA1356">
        <w:t>include</w:t>
      </w:r>
      <w:r w:rsidR="00A81F57">
        <w:t>s</w:t>
      </w:r>
      <w:r w:rsidR="00BA1356">
        <w:t xml:space="preserve"> your name, </w:t>
      </w:r>
      <w:r w:rsidR="005A555C">
        <w:t xml:space="preserve">date of birth, </w:t>
      </w:r>
      <w:r w:rsidR="00BA1356">
        <w:t>contact details, loan purpose</w:t>
      </w:r>
      <w:r w:rsidR="005A555C">
        <w:t xml:space="preserve"> and </w:t>
      </w:r>
      <w:r w:rsidR="00BA1356">
        <w:t xml:space="preserve">amount </w:t>
      </w:r>
      <w:r w:rsidR="001C7511">
        <w:t>requested</w:t>
      </w:r>
      <w:r w:rsidR="00155917">
        <w:t>. If you</w:t>
      </w:r>
      <w:r w:rsidR="00ED3165">
        <w:t xml:space="preserve"> </w:t>
      </w:r>
      <w:proofErr w:type="gramStart"/>
      <w:r w:rsidR="00A81F57">
        <w:t>consent</w:t>
      </w:r>
      <w:proofErr w:type="gramEnd"/>
      <w:r w:rsidR="00A81F57">
        <w:t xml:space="preserve"> to the referral</w:t>
      </w:r>
      <w:r w:rsidR="00ED3165">
        <w:t xml:space="preserve">, we may receive a </w:t>
      </w:r>
      <w:r w:rsidR="00A81F57">
        <w:t xml:space="preserve">referral </w:t>
      </w:r>
      <w:r w:rsidR="00ED3165">
        <w:t xml:space="preserve">fee. </w:t>
      </w:r>
      <w:r w:rsidR="001C7511">
        <w:t xml:space="preserve"> </w:t>
      </w:r>
      <w:r w:rsidR="00940BCF">
        <w:t xml:space="preserve">The </w:t>
      </w:r>
      <w:r w:rsidR="00350D17">
        <w:t xml:space="preserve">credit provider may contact you </w:t>
      </w:r>
      <w:r w:rsidR="00940BCF">
        <w:t xml:space="preserve">to discuss products or services they </w:t>
      </w:r>
      <w:r w:rsidR="007C1D2D">
        <w:t>offer,</w:t>
      </w:r>
      <w:r w:rsidR="00940BCF">
        <w:t xml:space="preserve"> </w:t>
      </w:r>
      <w:r w:rsidR="00350D17">
        <w:t xml:space="preserve">and you have the right to accept or reject that </w:t>
      </w:r>
      <w:proofErr w:type="gramStart"/>
      <w:r w:rsidR="00350D17">
        <w:t>contact</w:t>
      </w:r>
      <w:proofErr w:type="gramEnd"/>
      <w:r w:rsidR="00350D17">
        <w:t>.</w:t>
      </w:r>
      <w:r w:rsidR="00C13C7B">
        <w:t xml:space="preserve"> </w:t>
      </w:r>
      <w:r w:rsidR="00940BCF">
        <w:t xml:space="preserve">Any product offered will be subject to the credit provider’s assessment of your application and may differ from the product or amount originally requested. </w:t>
      </w:r>
    </w:p>
    <w:p w14:paraId="20A73B1D" w14:textId="3CC0ADF1" w:rsidR="008D4D0E" w:rsidRPr="00211E43" w:rsidRDefault="00A81850">
      <w:pPr>
        <w:pStyle w:val="Heading1"/>
        <w:rPr>
          <w:color w:val="003932"/>
        </w:rPr>
      </w:pPr>
      <w:r w:rsidRPr="00211E43">
        <w:rPr>
          <w:color w:val="003932"/>
        </w:rPr>
        <w:t>8</w:t>
      </w:r>
      <w:r w:rsidR="00FF5C53" w:rsidRPr="00211E43">
        <w:rPr>
          <w:color w:val="003932"/>
        </w:rPr>
        <w:t xml:space="preserve">. </w:t>
      </w:r>
      <w:r w:rsidR="000E3FFA" w:rsidRPr="00211E43">
        <w:rPr>
          <w:color w:val="003932"/>
        </w:rPr>
        <w:t xml:space="preserve">Document Verification Service (DVS) </w:t>
      </w:r>
    </w:p>
    <w:p w14:paraId="5743F0DB" w14:textId="12769FCE" w:rsidR="00583C95" w:rsidRDefault="000375AE" w:rsidP="00583C95">
      <w:r>
        <w:t>We</w:t>
      </w:r>
      <w:r w:rsidR="00DE2184">
        <w:t xml:space="preserve"> may verify your identity using </w:t>
      </w:r>
      <w:r w:rsidR="00583C95">
        <w:t xml:space="preserve">DVS to check whether the information on an identity document matches </w:t>
      </w:r>
      <w:r w:rsidR="00210838">
        <w:t xml:space="preserve">official </w:t>
      </w:r>
      <w:r w:rsidR="00583C95">
        <w:t>record</w:t>
      </w:r>
      <w:r w:rsidR="00210838">
        <w:t>s</w:t>
      </w:r>
      <w:r w:rsidR="00583C95">
        <w:t>. This helps us to confirm your identity and makes it harder for people to use fake identity documents.</w:t>
      </w:r>
      <w:r w:rsidR="00C126AF">
        <w:t xml:space="preserve"> </w:t>
      </w:r>
      <w:r w:rsidR="00583C95">
        <w:t xml:space="preserve">If you do not consent to us using the DVS, we will attempt alternative means to verify your identity. If we </w:t>
      </w:r>
      <w:r w:rsidR="00C126AF">
        <w:t xml:space="preserve">cannot </w:t>
      </w:r>
      <w:r w:rsidR="00583C95">
        <w:t xml:space="preserve">verify your identity, we </w:t>
      </w:r>
      <w:r w:rsidR="00C126AF">
        <w:t>may</w:t>
      </w:r>
      <w:r w:rsidR="00583C95">
        <w:t xml:space="preserve"> be unable to proceed with your application or provide </w:t>
      </w:r>
      <w:r w:rsidR="00C126AF">
        <w:t>a product or service</w:t>
      </w:r>
      <w:r w:rsidR="00583C95">
        <w:t xml:space="preserve">. </w:t>
      </w:r>
    </w:p>
    <w:p w14:paraId="5952B19E" w14:textId="4D7ECE56" w:rsidR="00583C95" w:rsidRDefault="00583C95" w:rsidP="00583C95">
      <w:r>
        <w:t xml:space="preserve">You can </w:t>
      </w:r>
      <w:r w:rsidR="000C5357">
        <w:t>obtain</w:t>
      </w:r>
      <w:r>
        <w:t xml:space="preserve"> information about the operation and management of the DVS by the Framework Administrator by visiting the DVS website - </w:t>
      </w:r>
      <w:hyperlink r:id="rId8" w:history="1">
        <w:r w:rsidRPr="00D93A2F">
          <w:rPr>
            <w:rStyle w:val="Hyperlink"/>
          </w:rPr>
          <w:t>https://www.idmatch.gov.au/access-our-services</w:t>
        </w:r>
      </w:hyperlink>
      <w:r>
        <w:t>.</w:t>
      </w:r>
    </w:p>
    <w:p w14:paraId="3C8FACF2" w14:textId="23F68C3E" w:rsidR="008D4D0E" w:rsidRPr="00211E43" w:rsidRDefault="00A81850">
      <w:pPr>
        <w:pStyle w:val="Heading1"/>
        <w:rPr>
          <w:color w:val="003932"/>
        </w:rPr>
      </w:pPr>
      <w:r w:rsidRPr="00211E43">
        <w:rPr>
          <w:color w:val="003932"/>
        </w:rPr>
        <w:t>9</w:t>
      </w:r>
      <w:r w:rsidR="00FF5C53" w:rsidRPr="00211E43">
        <w:rPr>
          <w:color w:val="003932"/>
        </w:rPr>
        <w:t xml:space="preserve">. </w:t>
      </w:r>
      <w:r w:rsidR="00951262" w:rsidRPr="00211E43">
        <w:rPr>
          <w:color w:val="003932"/>
        </w:rPr>
        <w:t>Website Collection and Cookies</w:t>
      </w:r>
    </w:p>
    <w:p w14:paraId="5237C5E1" w14:textId="7EA83E4B" w:rsidR="008F4DAD" w:rsidRPr="00EB6BA9" w:rsidRDefault="00FF5C53" w:rsidP="008F4DAD">
      <w:pPr>
        <w:rPr>
          <w:lang w:val="en-AU"/>
        </w:rPr>
      </w:pPr>
      <w:r>
        <w:t xml:space="preserve">We and our service providers may use cookies, analytics </w:t>
      </w:r>
      <w:r w:rsidR="00112548">
        <w:t xml:space="preserve">tools </w:t>
      </w:r>
      <w:r>
        <w:t xml:space="preserve">and similar technologies to operate our website, </w:t>
      </w:r>
      <w:r w:rsidR="002044F6">
        <w:t>improve functionality</w:t>
      </w:r>
      <w:r>
        <w:t>, understand usage patterns,</w:t>
      </w:r>
      <w:r w:rsidR="001A463E">
        <w:t xml:space="preserve"> and support our marketing </w:t>
      </w:r>
      <w:r w:rsidR="00F94794">
        <w:t xml:space="preserve">activities. </w:t>
      </w:r>
    </w:p>
    <w:p w14:paraId="04778784" w14:textId="31086BC1" w:rsidR="00F94794" w:rsidRDefault="00F94794">
      <w:r>
        <w:lastRenderedPageBreak/>
        <w:t xml:space="preserve">When you visit our website or use our online services, we may collection information </w:t>
      </w:r>
      <w:r w:rsidR="00CE56FF">
        <w:t>such as your</w:t>
      </w:r>
      <w:r>
        <w:t xml:space="preserve"> IP address, device identifiers, browser type,</w:t>
      </w:r>
      <w:r w:rsidR="000E5529">
        <w:t xml:space="preserve"> and website activity. </w:t>
      </w:r>
      <w:r w:rsidR="006043B8" w:rsidRPr="006043B8">
        <w:t>We may also collect personal information that you provide through online forms</w:t>
      </w:r>
      <w:r w:rsidR="00FE05F2">
        <w:t xml:space="preserve"> and</w:t>
      </w:r>
      <w:r w:rsidR="006043B8" w:rsidRPr="006043B8">
        <w:t xml:space="preserve"> applications</w:t>
      </w:r>
      <w:r w:rsidR="00FE05F2">
        <w:t>.</w:t>
      </w:r>
    </w:p>
    <w:p w14:paraId="4B7DB65A" w14:textId="62620FA9" w:rsidR="00EB6BA9" w:rsidRPr="00EB6BA9" w:rsidRDefault="00EB6BA9" w:rsidP="00EB6BA9">
      <w:pPr>
        <w:rPr>
          <w:lang w:val="en-AU"/>
        </w:rPr>
      </w:pPr>
      <w:r w:rsidRPr="00EB6BA9">
        <w:rPr>
          <w:lang w:val="en-AU"/>
        </w:rPr>
        <w:t xml:space="preserve">You can manage or disable cookies through your browser </w:t>
      </w:r>
      <w:proofErr w:type="gramStart"/>
      <w:r w:rsidRPr="00EB6BA9">
        <w:rPr>
          <w:lang w:val="en-AU"/>
        </w:rPr>
        <w:t>settings</w:t>
      </w:r>
      <w:r w:rsidR="00FE05F2">
        <w:rPr>
          <w:lang w:val="en-AU"/>
        </w:rPr>
        <w:t>,</w:t>
      </w:r>
      <w:proofErr w:type="gramEnd"/>
      <w:r w:rsidR="00FE05F2">
        <w:rPr>
          <w:lang w:val="en-AU"/>
        </w:rPr>
        <w:t xml:space="preserve"> h</w:t>
      </w:r>
      <w:r w:rsidRPr="00EB6BA9">
        <w:rPr>
          <w:lang w:val="en-AU"/>
        </w:rPr>
        <w:t>owever some features of our website may not function properly if cookies are disabled.</w:t>
      </w:r>
    </w:p>
    <w:p w14:paraId="3855DB95" w14:textId="6F73D837" w:rsidR="008D4D0E" w:rsidRPr="00211E43" w:rsidRDefault="00FF5C53">
      <w:pPr>
        <w:pStyle w:val="Heading1"/>
        <w:rPr>
          <w:color w:val="003932"/>
        </w:rPr>
      </w:pPr>
      <w:r w:rsidRPr="00211E43">
        <w:rPr>
          <w:color w:val="003932"/>
        </w:rPr>
        <w:t>1</w:t>
      </w:r>
      <w:r w:rsidR="00A81850" w:rsidRPr="00211E43">
        <w:rPr>
          <w:color w:val="003932"/>
        </w:rPr>
        <w:t>0</w:t>
      </w:r>
      <w:r w:rsidRPr="00211E43">
        <w:rPr>
          <w:color w:val="003932"/>
        </w:rPr>
        <w:t>. Direct marketing</w:t>
      </w:r>
    </w:p>
    <w:p w14:paraId="50D5A1FE" w14:textId="73440241" w:rsidR="008D4D0E" w:rsidRPr="001F3080" w:rsidRDefault="00C42DED">
      <w:r>
        <w:t>From time to time, w</w:t>
      </w:r>
      <w:r w:rsidR="00FF5C53" w:rsidRPr="001F3080">
        <w:t xml:space="preserve">e may use your personal information to send you information about </w:t>
      </w:r>
      <w:r>
        <w:t xml:space="preserve">our </w:t>
      </w:r>
      <w:r w:rsidR="00FF5C53" w:rsidRPr="001F3080">
        <w:t>products, services or promotions by mail, email, SMS or other channels. You can opt out at any time by using the unsubscribe function in our communications or by contacting us.</w:t>
      </w:r>
    </w:p>
    <w:p w14:paraId="2EB47653" w14:textId="7819743C" w:rsidR="008D4D0E" w:rsidRPr="001F3080" w:rsidRDefault="001F3080">
      <w:r w:rsidRPr="001F3080">
        <w:t>W</w:t>
      </w:r>
      <w:r w:rsidR="00FF5C53" w:rsidRPr="001F3080">
        <w:t xml:space="preserve">e may </w:t>
      </w:r>
      <w:r w:rsidR="00E013F3">
        <w:t xml:space="preserve">also </w:t>
      </w:r>
      <w:r w:rsidR="00FF5C53" w:rsidRPr="001F3080">
        <w:t>disclose limited personal information to third-party advertising platforms</w:t>
      </w:r>
      <w:r>
        <w:t>, such as Google</w:t>
      </w:r>
      <w:r w:rsidR="00850EB6">
        <w:t xml:space="preserve"> Customer Match and Meta (Facebook), for audience matching, </w:t>
      </w:r>
      <w:r w:rsidR="00FF5C53" w:rsidRPr="001F3080">
        <w:t>lead generation, advertising measurement or promotional purposes. You can ask us to stop using or disclosing your information for these purposes by contacting</w:t>
      </w:r>
      <w:r w:rsidR="00C5790B">
        <w:t xml:space="preserve"> us</w:t>
      </w:r>
      <w:r w:rsidR="00FF5C53" w:rsidRPr="001F3080">
        <w:t>.</w:t>
      </w:r>
    </w:p>
    <w:p w14:paraId="5C2C1AF4" w14:textId="48D0C1CE" w:rsidR="008D4D0E" w:rsidRPr="00211E43" w:rsidRDefault="00FF5C53">
      <w:pPr>
        <w:pStyle w:val="Heading1"/>
        <w:rPr>
          <w:color w:val="003932"/>
        </w:rPr>
      </w:pPr>
      <w:r w:rsidRPr="00211E43">
        <w:rPr>
          <w:color w:val="003932"/>
        </w:rPr>
        <w:t>1</w:t>
      </w:r>
      <w:r w:rsidR="00A81850" w:rsidRPr="00211E43">
        <w:rPr>
          <w:color w:val="003932"/>
        </w:rPr>
        <w:t>1</w:t>
      </w:r>
      <w:r w:rsidRPr="00211E43">
        <w:rPr>
          <w:color w:val="003932"/>
        </w:rPr>
        <w:t>. Overseas disclosure</w:t>
      </w:r>
    </w:p>
    <w:p w14:paraId="06BE4D72" w14:textId="77777777" w:rsidR="006C0FB4" w:rsidRDefault="00755577" w:rsidP="00494F4A">
      <w:r w:rsidRPr="002B4CF4">
        <w:t xml:space="preserve">We may </w:t>
      </w:r>
      <w:r w:rsidR="005E0122">
        <w:t xml:space="preserve">disclose your personal and credit-related information to </w:t>
      </w:r>
      <w:r w:rsidRPr="002B4CF4">
        <w:t>service providers and business partners</w:t>
      </w:r>
      <w:r w:rsidR="002B4CF4" w:rsidRPr="002B4CF4">
        <w:t xml:space="preserve"> </w:t>
      </w:r>
      <w:r w:rsidR="005E0122">
        <w:t xml:space="preserve">located </w:t>
      </w:r>
      <w:r w:rsidR="002B4CF4" w:rsidRPr="002B4CF4">
        <w:t>outside of Australia</w:t>
      </w:r>
      <w:r w:rsidR="00F31B81">
        <w:t xml:space="preserve">. </w:t>
      </w:r>
      <w:r w:rsidR="006C0FB4">
        <w:t>P</w:t>
      </w:r>
      <w:r w:rsidR="008343F7" w:rsidRPr="008343F7">
        <w:t xml:space="preserve">rivacy laws </w:t>
      </w:r>
      <w:r w:rsidR="006C0FB4">
        <w:t xml:space="preserve">outside of Australia </w:t>
      </w:r>
      <w:r w:rsidR="008343F7" w:rsidRPr="008343F7">
        <w:t>may not provide the same level of protection as Australia</w:t>
      </w:r>
      <w:r w:rsidR="008343F7">
        <w:t xml:space="preserve">’s </w:t>
      </w:r>
      <w:r w:rsidR="008343F7" w:rsidRPr="008343F7">
        <w:t>privacy laws</w:t>
      </w:r>
      <w:r w:rsidR="006C0FB4">
        <w:t>.</w:t>
      </w:r>
      <w:r w:rsidR="00494F4A" w:rsidRPr="00494F4A">
        <w:t xml:space="preserve"> </w:t>
      </w:r>
      <w:r w:rsidR="004C19B1" w:rsidRPr="00034A10">
        <w:t>W</w:t>
      </w:r>
      <w:r w:rsidR="00110879" w:rsidRPr="00034A10">
        <w:t>e take reasonable steps to ensure</w:t>
      </w:r>
      <w:r w:rsidR="007B1E57" w:rsidRPr="00034A10">
        <w:t xml:space="preserve"> appropriate safeguards are in place to protect </w:t>
      </w:r>
      <w:r w:rsidR="00461338">
        <w:t xml:space="preserve">and secure </w:t>
      </w:r>
      <w:r w:rsidR="007B1E57" w:rsidRPr="00034A10">
        <w:t xml:space="preserve">your personal information to the extent it is transmitted outside </w:t>
      </w:r>
      <w:r w:rsidR="002171CC" w:rsidRPr="00034A10">
        <w:t xml:space="preserve">Australia. </w:t>
      </w:r>
    </w:p>
    <w:p w14:paraId="50C03427" w14:textId="4DADC33D" w:rsidR="00494F4A" w:rsidRPr="002B4CF4" w:rsidRDefault="006C0FB4" w:rsidP="00494F4A">
      <w:r w:rsidRPr="008343F7">
        <w:t>By providing us with your personal information, you consent to this disclosure</w:t>
      </w:r>
      <w:r>
        <w:t>.</w:t>
      </w:r>
      <w:r w:rsidRPr="00494F4A">
        <w:t xml:space="preserve"> </w:t>
      </w:r>
      <w:r w:rsidR="00494F4A" w:rsidRPr="00494F4A">
        <w:t xml:space="preserve">You may obtain more information about cross-border disclosures by contacting us via the contact details at the bottom of this policy.  </w:t>
      </w:r>
    </w:p>
    <w:p w14:paraId="42C3F048" w14:textId="40920176" w:rsidR="008D4D0E" w:rsidRPr="00211E43" w:rsidRDefault="00FF5C53">
      <w:pPr>
        <w:pStyle w:val="Heading1"/>
        <w:rPr>
          <w:color w:val="003932"/>
        </w:rPr>
      </w:pPr>
      <w:r w:rsidRPr="00211E43">
        <w:rPr>
          <w:color w:val="003932"/>
        </w:rPr>
        <w:t>1</w:t>
      </w:r>
      <w:r w:rsidR="00A81850" w:rsidRPr="00211E43">
        <w:rPr>
          <w:color w:val="003932"/>
        </w:rPr>
        <w:t>2</w:t>
      </w:r>
      <w:r w:rsidRPr="00211E43">
        <w:rPr>
          <w:color w:val="003932"/>
        </w:rPr>
        <w:t>. Automated decision-making</w:t>
      </w:r>
    </w:p>
    <w:p w14:paraId="6848B118" w14:textId="7FF003BC" w:rsidR="001D1863" w:rsidRPr="002C20BD" w:rsidRDefault="00FF5C53" w:rsidP="001D1863">
      <w:r w:rsidRPr="00D32393">
        <w:t xml:space="preserve">We may use automated </w:t>
      </w:r>
      <w:r w:rsidR="001D1863" w:rsidRPr="00D32393">
        <w:t>technologies to assist us in assessing applications for credit</w:t>
      </w:r>
      <w:r w:rsidR="00D32393" w:rsidRPr="00D32393">
        <w:t>, including</w:t>
      </w:r>
      <w:r w:rsidR="003C7434" w:rsidRPr="00D32393">
        <w:t xml:space="preserve"> </w:t>
      </w:r>
      <w:r w:rsidR="009813AA" w:rsidRPr="00D32393">
        <w:t>credit bureau information</w:t>
      </w:r>
      <w:r w:rsidR="001D1863" w:rsidRPr="00D32393">
        <w:t xml:space="preserve">. In </w:t>
      </w:r>
      <w:r w:rsidR="001D1863" w:rsidRPr="002C20BD">
        <w:t>some circumstances, application</w:t>
      </w:r>
      <w:r w:rsidR="00D32393">
        <w:t>s</w:t>
      </w:r>
      <w:r w:rsidR="001D1863" w:rsidRPr="002C20BD">
        <w:t xml:space="preserve"> may be automatically declined </w:t>
      </w:r>
      <w:r w:rsidR="00D32393">
        <w:t>where a credit score does not meet our minimum lending criteria</w:t>
      </w:r>
      <w:r w:rsidR="001D1863" w:rsidRPr="002C20BD">
        <w:t xml:space="preserve">. You may contact us to request further information about how </w:t>
      </w:r>
      <w:r w:rsidR="00D32393">
        <w:t xml:space="preserve">these technologies are used </w:t>
      </w:r>
      <w:r w:rsidR="001D1863" w:rsidRPr="002C20BD">
        <w:t>or request a review of a decision.</w:t>
      </w:r>
    </w:p>
    <w:p w14:paraId="137CB52E" w14:textId="5383DC71" w:rsidR="008D4D0E" w:rsidRPr="00211E43" w:rsidRDefault="00FF5C53">
      <w:pPr>
        <w:pStyle w:val="Heading1"/>
        <w:rPr>
          <w:color w:val="003932"/>
        </w:rPr>
      </w:pPr>
      <w:r w:rsidRPr="00211E43">
        <w:rPr>
          <w:color w:val="003932"/>
        </w:rPr>
        <w:t>1</w:t>
      </w:r>
      <w:r w:rsidR="00A81850" w:rsidRPr="00211E43">
        <w:rPr>
          <w:color w:val="003932"/>
        </w:rPr>
        <w:t>3</w:t>
      </w:r>
      <w:r w:rsidRPr="00211E43">
        <w:rPr>
          <w:color w:val="003932"/>
        </w:rPr>
        <w:t xml:space="preserve">. Security </w:t>
      </w:r>
      <w:r w:rsidR="004F6A98" w:rsidRPr="00211E43">
        <w:rPr>
          <w:color w:val="003932"/>
        </w:rPr>
        <w:t>of personal information</w:t>
      </w:r>
      <w:r w:rsidRPr="00211E43">
        <w:rPr>
          <w:color w:val="003932"/>
        </w:rPr>
        <w:t xml:space="preserve"> </w:t>
      </w:r>
    </w:p>
    <w:p w14:paraId="42FFA99D" w14:textId="4BF5B0E9" w:rsidR="00D3733E" w:rsidRPr="00D3733E" w:rsidRDefault="00FF5C53" w:rsidP="00D3733E">
      <w:pPr>
        <w:rPr>
          <w:lang w:val="en-AU"/>
        </w:rPr>
      </w:pPr>
      <w:r w:rsidRPr="008A5DA6">
        <w:t xml:space="preserve">We take reasonable </w:t>
      </w:r>
      <w:r w:rsidR="00E70E86">
        <w:t>steps</w:t>
      </w:r>
      <w:r w:rsidR="008A5DA6" w:rsidRPr="008A5DA6">
        <w:t xml:space="preserve"> to </w:t>
      </w:r>
      <w:r w:rsidRPr="008A5DA6">
        <w:t xml:space="preserve">protect </w:t>
      </w:r>
      <w:r w:rsidR="007F44F5">
        <w:t xml:space="preserve">your </w:t>
      </w:r>
      <w:r w:rsidRPr="008A5DA6">
        <w:t>personal information from misuse,</w:t>
      </w:r>
      <w:r w:rsidR="00DF09DC">
        <w:t xml:space="preserve"> interference,</w:t>
      </w:r>
      <w:r w:rsidRPr="008A5DA6">
        <w:t xml:space="preserve"> loss, </w:t>
      </w:r>
      <w:proofErr w:type="spellStart"/>
      <w:r w:rsidRPr="008A5DA6">
        <w:t>unauthorised</w:t>
      </w:r>
      <w:proofErr w:type="spellEnd"/>
      <w:r w:rsidRPr="008A5DA6">
        <w:t xml:space="preserve"> access, modification and disclosure.</w:t>
      </w:r>
      <w:r w:rsidR="00712E34">
        <w:t xml:space="preserve"> </w:t>
      </w:r>
      <w:r w:rsidR="00D3733E" w:rsidRPr="00D3733E">
        <w:rPr>
          <w:lang w:val="en-AU"/>
        </w:rPr>
        <w:t>We retain personal information only for as long as reasonably necessary for our business purposes and legal obligations. Where we no longer require it, we take reasonable steps to destroy or de-identify it.</w:t>
      </w:r>
    </w:p>
    <w:p w14:paraId="4C71B0FA" w14:textId="00577FED" w:rsidR="008D4D0E" w:rsidRPr="00211E43" w:rsidRDefault="00FF5C53">
      <w:pPr>
        <w:pStyle w:val="Heading1"/>
        <w:rPr>
          <w:color w:val="003932"/>
        </w:rPr>
      </w:pPr>
      <w:r w:rsidRPr="00211E43">
        <w:rPr>
          <w:color w:val="003932"/>
        </w:rPr>
        <w:lastRenderedPageBreak/>
        <w:t>1</w:t>
      </w:r>
      <w:r w:rsidR="00A81850" w:rsidRPr="00211E43">
        <w:rPr>
          <w:color w:val="003932"/>
        </w:rPr>
        <w:t>4</w:t>
      </w:r>
      <w:r w:rsidRPr="00211E43">
        <w:rPr>
          <w:color w:val="003932"/>
        </w:rPr>
        <w:t>. Access</w:t>
      </w:r>
      <w:r w:rsidR="00541A06" w:rsidRPr="00211E43">
        <w:rPr>
          <w:color w:val="003932"/>
        </w:rPr>
        <w:t xml:space="preserve"> and </w:t>
      </w:r>
      <w:r w:rsidRPr="00211E43">
        <w:rPr>
          <w:color w:val="003932"/>
        </w:rPr>
        <w:t xml:space="preserve">correction </w:t>
      </w:r>
      <w:r w:rsidR="00541A06" w:rsidRPr="00211E43">
        <w:rPr>
          <w:color w:val="003932"/>
        </w:rPr>
        <w:t xml:space="preserve">of your personal information </w:t>
      </w:r>
    </w:p>
    <w:p w14:paraId="6C1D5BA2" w14:textId="37BD3F0B" w:rsidR="00616B44" w:rsidRDefault="00FF5C53">
      <w:r w:rsidRPr="00940B97">
        <w:t>You may request access to</w:t>
      </w:r>
      <w:r w:rsidR="00541A06" w:rsidRPr="00940B97">
        <w:t xml:space="preserve"> any</w:t>
      </w:r>
      <w:r w:rsidRPr="00940B97">
        <w:t xml:space="preserve"> </w:t>
      </w:r>
      <w:r w:rsidR="006A7CAD">
        <w:t xml:space="preserve">personal </w:t>
      </w:r>
      <w:r w:rsidRPr="00940B97">
        <w:t>information we hold about you</w:t>
      </w:r>
      <w:r w:rsidR="00541A06" w:rsidRPr="00940B97">
        <w:t xml:space="preserve">. </w:t>
      </w:r>
      <w:r w:rsidRPr="00940B97">
        <w:t>You may also ask us to correct information if you believe it is inaccurate, out of date</w:t>
      </w:r>
      <w:r w:rsidR="00AD697C" w:rsidRPr="00940B97">
        <w:t xml:space="preserve"> or </w:t>
      </w:r>
      <w:r w:rsidRPr="00940B97">
        <w:t>incomplete</w:t>
      </w:r>
      <w:r w:rsidR="00AD697C" w:rsidRPr="00940B97">
        <w:t xml:space="preserve">. </w:t>
      </w:r>
      <w:r w:rsidR="00940B97" w:rsidRPr="00940B97">
        <w:t xml:space="preserve">Simple requests are best handled by </w:t>
      </w:r>
      <w:r w:rsidR="007044BB">
        <w:t>contacting</w:t>
      </w:r>
      <w:r w:rsidR="00940B97" w:rsidRPr="00940B97">
        <w:t xml:space="preserve"> our customer service team</w:t>
      </w:r>
      <w:r w:rsidR="0093091D">
        <w:t xml:space="preserve"> or</w:t>
      </w:r>
      <w:r w:rsidR="004D4042">
        <w:t xml:space="preserve"> for more complex requests</w:t>
      </w:r>
      <w:r w:rsidR="0093091D">
        <w:t xml:space="preserve"> you can contact us via the contact details </w:t>
      </w:r>
      <w:r w:rsidR="00CC574E">
        <w:t>set out in section 1</w:t>
      </w:r>
      <w:r w:rsidR="006471C3">
        <w:t>5</w:t>
      </w:r>
      <w:r w:rsidR="00CC574E">
        <w:t xml:space="preserve"> ‘How to contact </w:t>
      </w:r>
      <w:proofErr w:type="gramStart"/>
      <w:r w:rsidR="00CC574E">
        <w:t>us, and</w:t>
      </w:r>
      <w:proofErr w:type="gramEnd"/>
      <w:r w:rsidR="00CC574E">
        <w:t xml:space="preserve"> making a </w:t>
      </w:r>
      <w:r w:rsidR="00285F21">
        <w:t>complaint’.</w:t>
      </w:r>
    </w:p>
    <w:p w14:paraId="409F4CF3" w14:textId="08B798B0" w:rsidR="008D4D0E" w:rsidRDefault="00616B44">
      <w:r w:rsidRPr="00616B44">
        <w:t xml:space="preserve">Before providing access to your personal information, we may need to verify your identity. </w:t>
      </w:r>
      <w:r w:rsidR="00C27BBF">
        <w:t xml:space="preserve">If appropriate, we will </w:t>
      </w:r>
      <w:r w:rsidR="000A7C0D">
        <w:t>correct the personal information at the time of request, otherwise w</w:t>
      </w:r>
      <w:r w:rsidRPr="00616B44">
        <w:t>e will respond to your request within a reasonable period</w:t>
      </w:r>
      <w:r w:rsidR="00C27BBF">
        <w:t>.</w:t>
      </w:r>
      <w:r w:rsidR="00940B97" w:rsidRPr="00940B97">
        <w:t xml:space="preserve"> </w:t>
      </w:r>
      <w:r w:rsidR="003A7192">
        <w:t xml:space="preserve"> </w:t>
      </w:r>
    </w:p>
    <w:p w14:paraId="7C80C1BB" w14:textId="1EFA41BB" w:rsidR="00616B44" w:rsidRDefault="00616B44">
      <w:r w:rsidRPr="00616B44">
        <w:t>There may be circumstances where we are not required to provide you with access to personal information. For example, access may be refused where the information relates to existing or anticipated legal proceedings</w:t>
      </w:r>
      <w:r>
        <w:t>.</w:t>
      </w:r>
      <w:r w:rsidRPr="00616B44">
        <w:t xml:space="preserve"> If we </w:t>
      </w:r>
      <w:r w:rsidR="003A7192">
        <w:t>restrict</w:t>
      </w:r>
      <w:r w:rsidRPr="00616B44">
        <w:t xml:space="preserve"> access</w:t>
      </w:r>
      <w:r w:rsidR="003A7192">
        <w:t xml:space="preserve"> or refuse to correct</w:t>
      </w:r>
      <w:r w:rsidR="004D4042">
        <w:t xml:space="preserve"> your</w:t>
      </w:r>
      <w:r w:rsidR="003A7192">
        <w:t xml:space="preserve"> personal information</w:t>
      </w:r>
      <w:r w:rsidRPr="00616B44">
        <w:t>, we will provide you with written reasons for that decision.</w:t>
      </w:r>
    </w:p>
    <w:p w14:paraId="7606102F" w14:textId="1B981FF9" w:rsidR="008D4D0E" w:rsidRPr="00211E43" w:rsidRDefault="00FF5C53">
      <w:pPr>
        <w:pStyle w:val="Heading1"/>
        <w:rPr>
          <w:color w:val="003932"/>
        </w:rPr>
      </w:pPr>
      <w:r w:rsidRPr="00211E43">
        <w:rPr>
          <w:color w:val="003932"/>
        </w:rPr>
        <w:t>1</w:t>
      </w:r>
      <w:r w:rsidR="0068198C" w:rsidRPr="00211E43">
        <w:rPr>
          <w:color w:val="003932"/>
        </w:rPr>
        <w:t>5</w:t>
      </w:r>
      <w:r w:rsidRPr="00211E43">
        <w:rPr>
          <w:color w:val="003932"/>
        </w:rPr>
        <w:t xml:space="preserve">. </w:t>
      </w:r>
      <w:r w:rsidR="006924B7" w:rsidRPr="00211E43">
        <w:rPr>
          <w:color w:val="003932"/>
        </w:rPr>
        <w:t>How to c</w:t>
      </w:r>
      <w:r w:rsidRPr="00211E43">
        <w:rPr>
          <w:color w:val="003932"/>
        </w:rPr>
        <w:t>ontact us</w:t>
      </w:r>
      <w:r w:rsidR="006924B7" w:rsidRPr="00211E43">
        <w:rPr>
          <w:color w:val="003932"/>
        </w:rPr>
        <w:t xml:space="preserve">, and </w:t>
      </w:r>
      <w:proofErr w:type="gramStart"/>
      <w:r w:rsidR="006924B7" w:rsidRPr="00211E43">
        <w:rPr>
          <w:color w:val="003932"/>
        </w:rPr>
        <w:t>making</w:t>
      </w:r>
      <w:proofErr w:type="gramEnd"/>
      <w:r w:rsidR="006924B7" w:rsidRPr="00211E43">
        <w:rPr>
          <w:color w:val="003932"/>
        </w:rPr>
        <w:t xml:space="preserve"> a complaint</w:t>
      </w:r>
    </w:p>
    <w:p w14:paraId="61A7CA1E" w14:textId="16F9537E" w:rsidR="008D4D0E" w:rsidRDefault="003D1A62">
      <w:r w:rsidRPr="003D1A62">
        <w:t xml:space="preserve">If you have any questions about this Privacy Policy, or wish to make a complaint about how we have handled your </w:t>
      </w:r>
      <w:r>
        <w:t>p</w:t>
      </w:r>
      <w:r w:rsidRPr="003D1A62">
        <w:t xml:space="preserve">ersonal </w:t>
      </w:r>
      <w:r>
        <w:t>i</w:t>
      </w:r>
      <w:r w:rsidRPr="003D1A62">
        <w:t xml:space="preserve">nformation, you </w:t>
      </w:r>
      <w:r w:rsidR="00FF5C53">
        <w:t xml:space="preserve">can contact </w:t>
      </w:r>
      <w:r w:rsidR="00B729DC">
        <w:t>us on</w:t>
      </w:r>
      <w:r w:rsidR="00FF5C53">
        <w:t>:</w:t>
      </w:r>
    </w:p>
    <w:p w14:paraId="7D01C23A" w14:textId="3C7A803B" w:rsidR="008D4D0E" w:rsidRDefault="00FF5C53">
      <w:pPr>
        <w:pStyle w:val="ListBullet"/>
      </w:pPr>
      <w:r>
        <w:t xml:space="preserve">Email: </w:t>
      </w:r>
      <w:r w:rsidR="00ED7DCD" w:rsidRPr="00ED7DCD">
        <w:t> </w:t>
      </w:r>
      <w:hyperlink r:id="rId9" w:history="1">
        <w:r w:rsidR="00ED7DCD" w:rsidRPr="00ED7DCD">
          <w:rPr>
            <w:rStyle w:val="Hyperlink"/>
          </w:rPr>
          <w:t>IDR@rapidloans.com.au</w:t>
        </w:r>
      </w:hyperlink>
    </w:p>
    <w:p w14:paraId="5CDE5924" w14:textId="41D6BDD7" w:rsidR="00E509D7" w:rsidRDefault="00E509D7">
      <w:pPr>
        <w:pStyle w:val="ListBullet"/>
      </w:pPr>
      <w:r>
        <w:t>Phone:</w:t>
      </w:r>
      <w:r w:rsidR="00EF4358" w:rsidRPr="00EF4358">
        <w:t xml:space="preserve"> 1300 660 531</w:t>
      </w:r>
    </w:p>
    <w:p w14:paraId="47852966" w14:textId="77777777" w:rsidR="008D4D0E" w:rsidRDefault="00FF5C53">
      <w:pPr>
        <w:pStyle w:val="ListBullet"/>
      </w:pPr>
      <w:r>
        <w:t>Post: PO Box 429, Miami QLD 4220</w:t>
      </w:r>
    </w:p>
    <w:p w14:paraId="6E0AD68F" w14:textId="17FB24B8" w:rsidR="001E6DFC" w:rsidRDefault="001E6DFC">
      <w:r>
        <w:t xml:space="preserve">If </w:t>
      </w:r>
      <w:r w:rsidR="00434254">
        <w:t xml:space="preserve">you </w:t>
      </w:r>
      <w:r>
        <w:t>are not satisfied with our response</w:t>
      </w:r>
      <w:r w:rsidR="002771C6">
        <w:t xml:space="preserve"> to your complaint</w:t>
      </w:r>
      <w:r>
        <w:t xml:space="preserve">, </w:t>
      </w:r>
      <w:r w:rsidR="00EA702E">
        <w:t xml:space="preserve">you may </w:t>
      </w:r>
      <w:r w:rsidR="004A4F26">
        <w:t>refer the matter to</w:t>
      </w:r>
      <w:r w:rsidR="00EA702E">
        <w:t xml:space="preserve"> the </w:t>
      </w:r>
      <w:r w:rsidR="001655DF">
        <w:t xml:space="preserve">Australian Financial Complaints Authority or the </w:t>
      </w:r>
      <w:r w:rsidR="005F3C68">
        <w:t>Office of the Australian Information Commissioner</w:t>
      </w:r>
      <w:r w:rsidR="001655DF">
        <w:t>.</w:t>
      </w:r>
    </w:p>
    <w:p w14:paraId="1513EFA9" w14:textId="77777777" w:rsidR="001655DF" w:rsidRDefault="001655DF" w:rsidP="001655DF">
      <w:pPr>
        <w:rPr>
          <w:b/>
          <w:bCs/>
        </w:rPr>
      </w:pPr>
      <w:r w:rsidRPr="00BE021F">
        <w:rPr>
          <w:b/>
          <w:bCs/>
        </w:rPr>
        <w:t>Australian Financial Complaints Authority</w:t>
      </w:r>
      <w:r>
        <w:rPr>
          <w:b/>
          <w:bCs/>
        </w:rPr>
        <w:t>:</w:t>
      </w:r>
    </w:p>
    <w:p w14:paraId="38DDD1C7" w14:textId="77777777" w:rsidR="001655DF" w:rsidRPr="00D0386C" w:rsidRDefault="001655DF" w:rsidP="001655DF">
      <w:pPr>
        <w:pStyle w:val="ListBullet"/>
      </w:pPr>
      <w:r w:rsidRPr="00D0386C">
        <w:t xml:space="preserve">Phone: 1800 931 678 </w:t>
      </w:r>
    </w:p>
    <w:p w14:paraId="30C59FA7" w14:textId="77777777" w:rsidR="001655DF" w:rsidRDefault="001655DF" w:rsidP="001655DF">
      <w:pPr>
        <w:pStyle w:val="ListBullet"/>
      </w:pPr>
      <w:r w:rsidRPr="00D0386C">
        <w:t xml:space="preserve">Website: </w:t>
      </w:r>
      <w:hyperlink r:id="rId10" w:history="1">
        <w:r w:rsidRPr="00EA1AD5">
          <w:rPr>
            <w:rStyle w:val="Hyperlink"/>
          </w:rPr>
          <w:t>www.afca.org.au</w:t>
        </w:r>
      </w:hyperlink>
    </w:p>
    <w:p w14:paraId="288A93C6" w14:textId="77777777" w:rsidR="001655DF" w:rsidRPr="00D0386C" w:rsidRDefault="001655DF" w:rsidP="001655DF">
      <w:pPr>
        <w:pStyle w:val="ListBullet"/>
      </w:pPr>
      <w:r>
        <w:t xml:space="preserve">Email: </w:t>
      </w:r>
      <w:hyperlink r:id="rId11" w:history="1">
        <w:r w:rsidRPr="00921D16">
          <w:rPr>
            <w:rStyle w:val="Hyperlink"/>
          </w:rPr>
          <w:t>info@afca.org.au</w:t>
        </w:r>
      </w:hyperlink>
    </w:p>
    <w:p w14:paraId="6753DF0E" w14:textId="77777777" w:rsidR="001655DF" w:rsidRPr="00D0386C" w:rsidRDefault="001655DF" w:rsidP="001655DF">
      <w:pPr>
        <w:pStyle w:val="ListBullet"/>
      </w:pPr>
      <w:r>
        <w:t>Post</w:t>
      </w:r>
      <w:r w:rsidRPr="00D0386C">
        <w:t>: GPO Box 3, Melbourne, VIC 3001</w:t>
      </w:r>
    </w:p>
    <w:p w14:paraId="4F1F1662" w14:textId="35BA31EA" w:rsidR="00871D1E" w:rsidRDefault="00BE021F" w:rsidP="00871D1E">
      <w:pPr>
        <w:rPr>
          <w:b/>
          <w:bCs/>
        </w:rPr>
      </w:pPr>
      <w:r w:rsidRPr="00BE021F">
        <w:rPr>
          <w:b/>
          <w:bCs/>
        </w:rPr>
        <w:t>Office of the Australian Information Commissioner</w:t>
      </w:r>
      <w:r w:rsidR="00871D1E" w:rsidRPr="00BE021F">
        <w:rPr>
          <w:b/>
          <w:bCs/>
        </w:rPr>
        <w:t>:</w:t>
      </w:r>
    </w:p>
    <w:p w14:paraId="09AA2E3D" w14:textId="77777777" w:rsidR="00871D1E" w:rsidRDefault="00871D1E" w:rsidP="00BE021F">
      <w:pPr>
        <w:pStyle w:val="ListBullet"/>
      </w:pPr>
      <w:r>
        <w:t>Phone: 1300 363 992</w:t>
      </w:r>
    </w:p>
    <w:p w14:paraId="60BCA0D1" w14:textId="413428CC" w:rsidR="00871D1E" w:rsidRDefault="00871D1E" w:rsidP="00BE021F">
      <w:pPr>
        <w:pStyle w:val="ListBullet"/>
      </w:pPr>
      <w:r>
        <w:t>Web</w:t>
      </w:r>
      <w:r w:rsidR="00BE021F">
        <w:t>site</w:t>
      </w:r>
      <w:r>
        <w:t>: www.oaic.gov.au</w:t>
      </w:r>
    </w:p>
    <w:p w14:paraId="3F7256C8" w14:textId="77777777" w:rsidR="00871D1E" w:rsidRDefault="00871D1E" w:rsidP="00BE021F">
      <w:pPr>
        <w:pStyle w:val="ListBullet"/>
      </w:pPr>
      <w:r>
        <w:t>Email: enquiries@oaic.gov.au</w:t>
      </w:r>
    </w:p>
    <w:p w14:paraId="29CB985B" w14:textId="2077FCDE" w:rsidR="00871D1E" w:rsidRDefault="00871D1E" w:rsidP="00BE021F">
      <w:pPr>
        <w:pStyle w:val="ListBullet"/>
      </w:pPr>
      <w:r>
        <w:t>Post: GPO Box 5218, SYDNEY NSW 2001</w:t>
      </w:r>
    </w:p>
    <w:p w14:paraId="30B59D50" w14:textId="1DDBB6BE" w:rsidR="008D4D0E" w:rsidRPr="00211E43" w:rsidRDefault="00FF5C53">
      <w:pPr>
        <w:pStyle w:val="Heading1"/>
        <w:rPr>
          <w:color w:val="003932"/>
        </w:rPr>
      </w:pPr>
      <w:r w:rsidRPr="00211E43">
        <w:rPr>
          <w:color w:val="003932"/>
        </w:rPr>
        <w:t>1</w:t>
      </w:r>
      <w:r w:rsidR="00B77E66">
        <w:rPr>
          <w:color w:val="003932"/>
        </w:rPr>
        <w:t>6</w:t>
      </w:r>
      <w:r w:rsidRPr="00211E43">
        <w:rPr>
          <w:color w:val="003932"/>
        </w:rPr>
        <w:t xml:space="preserve">. Changes to </w:t>
      </w:r>
      <w:r w:rsidR="00EA702E" w:rsidRPr="00211E43">
        <w:rPr>
          <w:color w:val="003932"/>
        </w:rPr>
        <w:t>our Privacy Policy</w:t>
      </w:r>
    </w:p>
    <w:p w14:paraId="4260C2AE" w14:textId="10677EBE" w:rsidR="008D4D0E" w:rsidRDefault="00FF5C53">
      <w:r>
        <w:t xml:space="preserve">We may update this policy from time to time. </w:t>
      </w:r>
      <w:r w:rsidR="00961ADB">
        <w:t xml:space="preserve">Any updates </w:t>
      </w:r>
      <w:r w:rsidR="00FC6490">
        <w:t xml:space="preserve">will be published on our website and </w:t>
      </w:r>
      <w:r w:rsidR="00175E70">
        <w:t>will take</w:t>
      </w:r>
      <w:r w:rsidR="00FC6490">
        <w:t xml:space="preserve"> effect when published. </w:t>
      </w:r>
    </w:p>
    <w:p w14:paraId="7A245079" w14:textId="786FB507" w:rsidR="004E35A8" w:rsidRDefault="004E35A8">
      <w:r>
        <w:t>This Privacy Policy was last updated in September 2026.</w:t>
      </w:r>
    </w:p>
    <w:p w14:paraId="0A4592E4" w14:textId="08208F4B" w:rsidR="008D4D0E" w:rsidRPr="00211E43" w:rsidRDefault="00120675" w:rsidP="00120675">
      <w:pPr>
        <w:pStyle w:val="Heading1"/>
        <w:rPr>
          <w:color w:val="003932"/>
        </w:rPr>
      </w:pPr>
      <w:r w:rsidRPr="00211E43">
        <w:rPr>
          <w:color w:val="003932"/>
        </w:rPr>
        <w:lastRenderedPageBreak/>
        <w:t>1</w:t>
      </w:r>
      <w:r w:rsidR="00B77E66">
        <w:rPr>
          <w:color w:val="003932"/>
        </w:rPr>
        <w:t>7</w:t>
      </w:r>
      <w:r w:rsidRPr="00211E43">
        <w:rPr>
          <w:color w:val="003932"/>
        </w:rPr>
        <w:t xml:space="preserve">. </w:t>
      </w:r>
      <w:r w:rsidR="007B6DDA" w:rsidRPr="00211E43">
        <w:rPr>
          <w:color w:val="003932"/>
        </w:rPr>
        <w:t>P</w:t>
      </w:r>
      <w:r w:rsidR="00FF5C53" w:rsidRPr="00211E43">
        <w:rPr>
          <w:color w:val="003932"/>
        </w:rPr>
        <w:t xml:space="preserve">rivacy </w:t>
      </w:r>
      <w:r w:rsidR="007B6DDA" w:rsidRPr="00211E43">
        <w:rPr>
          <w:color w:val="003932"/>
        </w:rPr>
        <w:t>C</w:t>
      </w:r>
      <w:r w:rsidR="00FF5C53" w:rsidRPr="00211E43">
        <w:rPr>
          <w:color w:val="003932"/>
        </w:rPr>
        <w:t xml:space="preserve">onsent and </w:t>
      </w:r>
      <w:r w:rsidR="007B6DDA" w:rsidRPr="00211E43">
        <w:rPr>
          <w:color w:val="003932"/>
        </w:rPr>
        <w:t>A</w:t>
      </w:r>
      <w:r w:rsidR="00FF5C53" w:rsidRPr="00211E43">
        <w:rPr>
          <w:color w:val="003932"/>
        </w:rPr>
        <w:t>cknowledgement</w:t>
      </w:r>
    </w:p>
    <w:p w14:paraId="6338E13B" w14:textId="17CD223C" w:rsidR="008078F5" w:rsidRDefault="00FF5C53" w:rsidP="004D2B50">
      <w:r>
        <w:t xml:space="preserve">I acknowledge </w:t>
      </w:r>
      <w:r w:rsidR="003B7987">
        <w:t xml:space="preserve">that I have </w:t>
      </w:r>
      <w:r>
        <w:t xml:space="preserve">read and understood </w:t>
      </w:r>
      <w:r w:rsidR="00427C55">
        <w:t>Rapid Loan’s</w:t>
      </w:r>
      <w:r w:rsidR="003B7987">
        <w:t xml:space="preserve"> </w:t>
      </w:r>
      <w:r>
        <w:t xml:space="preserve">Privacy Policy </w:t>
      </w:r>
      <w:r w:rsidR="003B7987">
        <w:t xml:space="preserve">and consent to the collection, use and </w:t>
      </w:r>
      <w:proofErr w:type="gramStart"/>
      <w:r w:rsidR="003B7987">
        <w:t>disclosure of</w:t>
      </w:r>
      <w:proofErr w:type="gramEnd"/>
      <w:r w:rsidR="003B7987">
        <w:t xml:space="preserve"> my personal information and credit-related information in the manner described in </w:t>
      </w:r>
      <w:r w:rsidR="00AE1CF0">
        <w:t>the Privacy Policy</w:t>
      </w:r>
      <w:r w:rsidR="003B7987">
        <w:t xml:space="preserve">. </w:t>
      </w:r>
    </w:p>
    <w:p w14:paraId="0E9C5033" w14:textId="34A5F19D" w:rsidR="008078F5" w:rsidRDefault="003B7987" w:rsidP="004D2B50">
      <w:r w:rsidRPr="003B7987">
        <w:t xml:space="preserve">I confirm that I am </w:t>
      </w:r>
      <w:proofErr w:type="spellStart"/>
      <w:r w:rsidRPr="003B7987">
        <w:t>authorised</w:t>
      </w:r>
      <w:proofErr w:type="spellEnd"/>
      <w:r w:rsidRPr="003B7987">
        <w:t xml:space="preserve"> to provide the personal details presented and I consent to my</w:t>
      </w:r>
      <w:r w:rsidR="00783F08">
        <w:t xml:space="preserve"> </w:t>
      </w:r>
      <w:r w:rsidRPr="003B7987">
        <w:t xml:space="preserve">information being checked with the </w:t>
      </w:r>
      <w:r w:rsidR="00045A2F">
        <w:t>D</w:t>
      </w:r>
      <w:r w:rsidRPr="003B7987">
        <w:t xml:space="preserve">ocument </w:t>
      </w:r>
      <w:r w:rsidR="00045A2F">
        <w:t>I</w:t>
      </w:r>
      <w:r w:rsidRPr="003B7987">
        <w:t xml:space="preserve">ssuer or </w:t>
      </w:r>
      <w:r w:rsidR="005F05EC">
        <w:t>O</w:t>
      </w:r>
      <w:r w:rsidRPr="003B7987">
        <w:t xml:space="preserve">fficial </w:t>
      </w:r>
      <w:r w:rsidR="005F05EC">
        <w:t>R</w:t>
      </w:r>
      <w:r w:rsidRPr="003B7987">
        <w:t xml:space="preserve">ecord </w:t>
      </w:r>
      <w:r w:rsidR="005F05EC">
        <w:t>H</w:t>
      </w:r>
      <w:r w:rsidRPr="003B7987">
        <w:t>older via third party systems for the purpose of confirming my identity.</w:t>
      </w:r>
    </w:p>
    <w:p w14:paraId="5A5E4E9B" w14:textId="4C9A506E" w:rsidR="008078F5" w:rsidRPr="002833D5" w:rsidRDefault="00C34C59" w:rsidP="004D2B50">
      <w:r w:rsidRPr="004D2B50">
        <w:rPr>
          <w:lang w:val="en-AU"/>
        </w:rPr>
        <w:t>I consent to Rapid Loans communicating with me electronically, including by email and SMS,</w:t>
      </w:r>
      <w:r w:rsidR="009962EF" w:rsidRPr="004D2B50">
        <w:rPr>
          <w:lang w:val="en-AU"/>
        </w:rPr>
        <w:t xml:space="preserve"> and using electronic signatures and records in connection with my application, loan account and relationship with Rapid Loans</w:t>
      </w:r>
      <w:r w:rsidR="002833D5" w:rsidRPr="004D2B50">
        <w:rPr>
          <w:lang w:val="en-AU"/>
        </w:rPr>
        <w:t>.</w:t>
      </w:r>
    </w:p>
    <w:p w14:paraId="5B460B3A" w14:textId="77777777" w:rsidR="00C3310D" w:rsidRDefault="00C3310D" w:rsidP="00C3310D"/>
    <w:p w14:paraId="292985B7" w14:textId="77777777" w:rsidR="00C3310D" w:rsidRDefault="00C3310D" w:rsidP="00B9475A">
      <w:pPr>
        <w:spacing w:after="0" w:line="240" w:lineRule="auto"/>
      </w:pPr>
      <w:r>
        <w:t xml:space="preserve">……………………………………………………………………………………………………………….. </w:t>
      </w:r>
    </w:p>
    <w:p w14:paraId="38FB888F" w14:textId="77777777" w:rsidR="00C3310D" w:rsidRDefault="00C3310D" w:rsidP="00B9475A">
      <w:pPr>
        <w:spacing w:after="0" w:line="240" w:lineRule="auto"/>
      </w:pPr>
      <w:r>
        <w:t xml:space="preserve">Signature of Loan Applicant(s) </w:t>
      </w:r>
    </w:p>
    <w:p w14:paraId="2972F9AE" w14:textId="77777777" w:rsidR="00B9475A" w:rsidRDefault="00B9475A" w:rsidP="00C3310D"/>
    <w:p w14:paraId="09171B08" w14:textId="77777777" w:rsidR="00C3310D" w:rsidRDefault="00C3310D" w:rsidP="00B9475A">
      <w:pPr>
        <w:spacing w:after="0" w:line="240" w:lineRule="auto"/>
      </w:pPr>
      <w:r>
        <w:t xml:space="preserve">…………………………………………………………………………………………………….. </w:t>
      </w:r>
    </w:p>
    <w:p w14:paraId="5674A738" w14:textId="77777777" w:rsidR="00C3310D" w:rsidRDefault="00C3310D" w:rsidP="00B9475A">
      <w:pPr>
        <w:spacing w:after="0" w:line="240" w:lineRule="auto"/>
      </w:pPr>
      <w:r>
        <w:t xml:space="preserve">Name of Loan Applicant(s) </w:t>
      </w:r>
    </w:p>
    <w:p w14:paraId="6E59B97E" w14:textId="77777777" w:rsidR="00B9475A" w:rsidRDefault="00B9475A" w:rsidP="00C3310D"/>
    <w:p w14:paraId="5317D0F7" w14:textId="77777777" w:rsidR="00C3310D" w:rsidRDefault="00C3310D" w:rsidP="00B9475A">
      <w:pPr>
        <w:spacing w:after="0" w:line="240" w:lineRule="auto"/>
      </w:pPr>
      <w:r>
        <w:t xml:space="preserve">………………………………. </w:t>
      </w:r>
    </w:p>
    <w:p w14:paraId="79022C53" w14:textId="53B8736A" w:rsidR="00C3310D" w:rsidRDefault="00C3310D" w:rsidP="00B9475A">
      <w:pPr>
        <w:spacing w:line="240" w:lineRule="auto"/>
      </w:pPr>
      <w:r>
        <w:t>Date</w:t>
      </w:r>
    </w:p>
    <w:p w14:paraId="3838044C" w14:textId="1F7537D7" w:rsidR="00C3310D" w:rsidRPr="00C3310D" w:rsidRDefault="00C3310D" w:rsidP="00C3310D">
      <w:pPr>
        <w:tabs>
          <w:tab w:val="left" w:pos="6030"/>
        </w:tabs>
      </w:pPr>
      <w:r>
        <w:tab/>
      </w:r>
    </w:p>
    <w:sectPr w:rsidR="00C3310D" w:rsidRPr="00C3310D" w:rsidSect="005A621B">
      <w:headerReference w:type="default" r:id="rId12"/>
      <w:headerReference w:type="first" r:id="rId13"/>
      <w:footerReference w:type="first" r:id="rId14"/>
      <w:pgSz w:w="12240" w:h="15840"/>
      <w:pgMar w:top="1493" w:right="1134" w:bottom="96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8AC7B" w14:textId="77777777" w:rsidR="00861491" w:rsidRDefault="00861491">
      <w:pPr>
        <w:spacing w:after="0" w:line="240" w:lineRule="auto"/>
      </w:pPr>
      <w:r>
        <w:separator/>
      </w:r>
    </w:p>
  </w:endnote>
  <w:endnote w:type="continuationSeparator" w:id="0">
    <w:p w14:paraId="25653753" w14:textId="77777777" w:rsidR="00861491" w:rsidRDefault="00861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BAB72" w14:textId="14DF2854" w:rsidR="00F06AF3" w:rsidRPr="00F06AF3" w:rsidRDefault="00F06AF3">
    <w:pPr>
      <w:pStyle w:val="Footer"/>
      <w:rPr>
        <w:lang w:val="en-AU"/>
      </w:rPr>
    </w:pPr>
    <w:r>
      <w:rPr>
        <w:lang w:val="en-AU"/>
      </w:rPr>
      <w:t>v.</w:t>
    </w:r>
    <w:r w:rsidR="005A621B">
      <w:rPr>
        <w:lang w:val="en-AU"/>
      </w:rPr>
      <w:t>0</w:t>
    </w:r>
    <w:r w:rsidR="00B209C4">
      <w:rPr>
        <w:lang w:val="en-AU"/>
      </w:rPr>
      <w:t>9</w:t>
    </w:r>
    <w:r w:rsidR="005A621B">
      <w:rPr>
        <w:lang w:val="en-AU"/>
      </w:rPr>
      <w:t>.09.2026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67A99" w14:textId="77777777" w:rsidR="00861491" w:rsidRDefault="00861491">
      <w:pPr>
        <w:spacing w:after="0" w:line="240" w:lineRule="auto"/>
      </w:pPr>
      <w:r>
        <w:separator/>
      </w:r>
    </w:p>
  </w:footnote>
  <w:footnote w:type="continuationSeparator" w:id="0">
    <w:p w14:paraId="189EB365" w14:textId="77777777" w:rsidR="00861491" w:rsidRDefault="008614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0DE91" w14:textId="6432F466" w:rsidR="00C054A4" w:rsidRDefault="00C054A4" w:rsidP="00C054A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C391D" w14:textId="11D6CD7E" w:rsidR="00F06AF3" w:rsidRDefault="00F06AF3" w:rsidP="00F06AF3">
    <w:pPr>
      <w:pStyle w:val="Header"/>
      <w:jc w:val="right"/>
    </w:pPr>
    <w:r w:rsidRPr="00971DA3">
      <w:rPr>
        <w:noProof/>
      </w:rPr>
      <w:drawing>
        <wp:inline distT="0" distB="0" distL="0" distR="0" wp14:anchorId="7896057B" wp14:editId="2E5D2E0E">
          <wp:extent cx="1362075" cy="456605"/>
          <wp:effectExtent l="0" t="0" r="0" b="635"/>
          <wp:docPr id="258199618"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860558" name="Picture 2" descr="A black and white logo&#10;&#10;AI-generated content may be incorrec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67478" cy="4584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C24AF3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7A9671D"/>
    <w:multiLevelType w:val="hybridMultilevel"/>
    <w:tmpl w:val="1F821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A36BB2"/>
    <w:multiLevelType w:val="hybridMultilevel"/>
    <w:tmpl w:val="BDA28C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223502"/>
    <w:multiLevelType w:val="multilevel"/>
    <w:tmpl w:val="A9D86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6026273"/>
    <w:multiLevelType w:val="hybridMultilevel"/>
    <w:tmpl w:val="41C48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8E4699"/>
    <w:multiLevelType w:val="hybridMultilevel"/>
    <w:tmpl w:val="6E6ED3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7D030C7"/>
    <w:multiLevelType w:val="hybridMultilevel"/>
    <w:tmpl w:val="0B66882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num w:numId="1" w16cid:durableId="709064451">
    <w:abstractNumId w:val="8"/>
  </w:num>
  <w:num w:numId="2" w16cid:durableId="1905097679">
    <w:abstractNumId w:val="6"/>
  </w:num>
  <w:num w:numId="3" w16cid:durableId="214587619">
    <w:abstractNumId w:val="5"/>
  </w:num>
  <w:num w:numId="4" w16cid:durableId="2138839303">
    <w:abstractNumId w:val="4"/>
  </w:num>
  <w:num w:numId="5" w16cid:durableId="1929149182">
    <w:abstractNumId w:val="7"/>
  </w:num>
  <w:num w:numId="6" w16cid:durableId="1282884966">
    <w:abstractNumId w:val="3"/>
  </w:num>
  <w:num w:numId="7" w16cid:durableId="2015374449">
    <w:abstractNumId w:val="2"/>
  </w:num>
  <w:num w:numId="8" w16cid:durableId="287783112">
    <w:abstractNumId w:val="1"/>
  </w:num>
  <w:num w:numId="9" w16cid:durableId="455367094">
    <w:abstractNumId w:val="0"/>
  </w:num>
  <w:num w:numId="10" w16cid:durableId="377315332">
    <w:abstractNumId w:val="11"/>
  </w:num>
  <w:num w:numId="11" w16cid:durableId="1777871903">
    <w:abstractNumId w:val="13"/>
  </w:num>
  <w:num w:numId="12" w16cid:durableId="672487831">
    <w:abstractNumId w:val="9"/>
  </w:num>
  <w:num w:numId="13" w16cid:durableId="1533301291">
    <w:abstractNumId w:val="8"/>
  </w:num>
  <w:num w:numId="14" w16cid:durableId="1075785979">
    <w:abstractNumId w:val="8"/>
  </w:num>
  <w:num w:numId="15" w16cid:durableId="2141879313">
    <w:abstractNumId w:val="8"/>
  </w:num>
  <w:num w:numId="16" w16cid:durableId="690036188">
    <w:abstractNumId w:val="8"/>
  </w:num>
  <w:num w:numId="17" w16cid:durableId="700129478">
    <w:abstractNumId w:val="14"/>
  </w:num>
  <w:num w:numId="18" w16cid:durableId="31810828">
    <w:abstractNumId w:val="12"/>
  </w:num>
  <w:num w:numId="19" w16cid:durableId="7379474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AD1"/>
    <w:rsid w:val="000137F3"/>
    <w:rsid w:val="0001616D"/>
    <w:rsid w:val="00016C3F"/>
    <w:rsid w:val="00017DCC"/>
    <w:rsid w:val="0002369D"/>
    <w:rsid w:val="000264CC"/>
    <w:rsid w:val="00033CCE"/>
    <w:rsid w:val="00034616"/>
    <w:rsid w:val="00034A10"/>
    <w:rsid w:val="000375AE"/>
    <w:rsid w:val="00040D2C"/>
    <w:rsid w:val="00045A2F"/>
    <w:rsid w:val="0004760E"/>
    <w:rsid w:val="0006063C"/>
    <w:rsid w:val="000761EC"/>
    <w:rsid w:val="00077B83"/>
    <w:rsid w:val="000822CC"/>
    <w:rsid w:val="000859F5"/>
    <w:rsid w:val="000864FD"/>
    <w:rsid w:val="0008762C"/>
    <w:rsid w:val="000A3403"/>
    <w:rsid w:val="000A7C0D"/>
    <w:rsid w:val="000C03B9"/>
    <w:rsid w:val="000C5357"/>
    <w:rsid w:val="000D5EE7"/>
    <w:rsid w:val="000E3FFA"/>
    <w:rsid w:val="000E44A1"/>
    <w:rsid w:val="000E5529"/>
    <w:rsid w:val="00100030"/>
    <w:rsid w:val="00100B35"/>
    <w:rsid w:val="00105817"/>
    <w:rsid w:val="00105E0D"/>
    <w:rsid w:val="00110879"/>
    <w:rsid w:val="00112548"/>
    <w:rsid w:val="00120675"/>
    <w:rsid w:val="00130F92"/>
    <w:rsid w:val="00131FAD"/>
    <w:rsid w:val="001376FF"/>
    <w:rsid w:val="00137B19"/>
    <w:rsid w:val="001427A1"/>
    <w:rsid w:val="00147BC6"/>
    <w:rsid w:val="0015074B"/>
    <w:rsid w:val="00155917"/>
    <w:rsid w:val="00160942"/>
    <w:rsid w:val="0016558D"/>
    <w:rsid w:val="001655DF"/>
    <w:rsid w:val="00175E70"/>
    <w:rsid w:val="00176F1A"/>
    <w:rsid w:val="00177586"/>
    <w:rsid w:val="00194B48"/>
    <w:rsid w:val="001A463E"/>
    <w:rsid w:val="001B26B2"/>
    <w:rsid w:val="001B65EE"/>
    <w:rsid w:val="001B7C3C"/>
    <w:rsid w:val="001C6E8C"/>
    <w:rsid w:val="001C7377"/>
    <w:rsid w:val="001C7511"/>
    <w:rsid w:val="001D0AF9"/>
    <w:rsid w:val="001D1863"/>
    <w:rsid w:val="001E6DFC"/>
    <w:rsid w:val="001F1DE6"/>
    <w:rsid w:val="001F3080"/>
    <w:rsid w:val="001F3ED9"/>
    <w:rsid w:val="00204427"/>
    <w:rsid w:val="002044F6"/>
    <w:rsid w:val="00210838"/>
    <w:rsid w:val="00211E43"/>
    <w:rsid w:val="002171CC"/>
    <w:rsid w:val="002173BD"/>
    <w:rsid w:val="0021786D"/>
    <w:rsid w:val="00222A3F"/>
    <w:rsid w:val="002251EB"/>
    <w:rsid w:val="00227762"/>
    <w:rsid w:val="002353C9"/>
    <w:rsid w:val="0024166C"/>
    <w:rsid w:val="00243E43"/>
    <w:rsid w:val="002464D8"/>
    <w:rsid w:val="00250516"/>
    <w:rsid w:val="0025197E"/>
    <w:rsid w:val="00251C2A"/>
    <w:rsid w:val="00254C06"/>
    <w:rsid w:val="00264EF4"/>
    <w:rsid w:val="002703C3"/>
    <w:rsid w:val="00275965"/>
    <w:rsid w:val="002771C6"/>
    <w:rsid w:val="00277E2F"/>
    <w:rsid w:val="002833D5"/>
    <w:rsid w:val="002853E4"/>
    <w:rsid w:val="00285F21"/>
    <w:rsid w:val="0029026F"/>
    <w:rsid w:val="00294227"/>
    <w:rsid w:val="0029639D"/>
    <w:rsid w:val="002A066E"/>
    <w:rsid w:val="002B0B7B"/>
    <w:rsid w:val="002B299D"/>
    <w:rsid w:val="002B4CF4"/>
    <w:rsid w:val="002C20BD"/>
    <w:rsid w:val="002C2E33"/>
    <w:rsid w:val="002E40F2"/>
    <w:rsid w:val="002E7593"/>
    <w:rsid w:val="002F6CF8"/>
    <w:rsid w:val="00322E4B"/>
    <w:rsid w:val="00326F90"/>
    <w:rsid w:val="00327467"/>
    <w:rsid w:val="00330146"/>
    <w:rsid w:val="00350D17"/>
    <w:rsid w:val="003513D7"/>
    <w:rsid w:val="00351BEF"/>
    <w:rsid w:val="0036134C"/>
    <w:rsid w:val="0036150C"/>
    <w:rsid w:val="00363818"/>
    <w:rsid w:val="00380E13"/>
    <w:rsid w:val="003937DB"/>
    <w:rsid w:val="00395D9C"/>
    <w:rsid w:val="0039702D"/>
    <w:rsid w:val="003A7192"/>
    <w:rsid w:val="003B3975"/>
    <w:rsid w:val="003B7987"/>
    <w:rsid w:val="003C7434"/>
    <w:rsid w:val="003D1A62"/>
    <w:rsid w:val="003D42C8"/>
    <w:rsid w:val="003D4B5C"/>
    <w:rsid w:val="003E6F9B"/>
    <w:rsid w:val="004139E8"/>
    <w:rsid w:val="00422D63"/>
    <w:rsid w:val="004262EC"/>
    <w:rsid w:val="00427C55"/>
    <w:rsid w:val="0043345E"/>
    <w:rsid w:val="00434254"/>
    <w:rsid w:val="00441964"/>
    <w:rsid w:val="00447F89"/>
    <w:rsid w:val="00450068"/>
    <w:rsid w:val="00452DB2"/>
    <w:rsid w:val="00461338"/>
    <w:rsid w:val="00474BA5"/>
    <w:rsid w:val="004837D1"/>
    <w:rsid w:val="00494F4A"/>
    <w:rsid w:val="004A4F26"/>
    <w:rsid w:val="004A588B"/>
    <w:rsid w:val="004C19B1"/>
    <w:rsid w:val="004D2B50"/>
    <w:rsid w:val="004D4042"/>
    <w:rsid w:val="004D4C29"/>
    <w:rsid w:val="004E35A8"/>
    <w:rsid w:val="004E41E9"/>
    <w:rsid w:val="004E4988"/>
    <w:rsid w:val="004E7A9A"/>
    <w:rsid w:val="004F5348"/>
    <w:rsid w:val="004F6A98"/>
    <w:rsid w:val="00504EB6"/>
    <w:rsid w:val="00526EC5"/>
    <w:rsid w:val="00530F6B"/>
    <w:rsid w:val="005345FE"/>
    <w:rsid w:val="00541A06"/>
    <w:rsid w:val="0055352E"/>
    <w:rsid w:val="00565A8E"/>
    <w:rsid w:val="00574D9F"/>
    <w:rsid w:val="00580CFF"/>
    <w:rsid w:val="00581749"/>
    <w:rsid w:val="00583C95"/>
    <w:rsid w:val="0059012D"/>
    <w:rsid w:val="00594D91"/>
    <w:rsid w:val="005A555C"/>
    <w:rsid w:val="005A621B"/>
    <w:rsid w:val="005B1C5E"/>
    <w:rsid w:val="005B3561"/>
    <w:rsid w:val="005E0122"/>
    <w:rsid w:val="005E5D00"/>
    <w:rsid w:val="005F05EC"/>
    <w:rsid w:val="005F3C68"/>
    <w:rsid w:val="005F56F8"/>
    <w:rsid w:val="00600B0E"/>
    <w:rsid w:val="006043B8"/>
    <w:rsid w:val="00615007"/>
    <w:rsid w:val="00615576"/>
    <w:rsid w:val="00616B44"/>
    <w:rsid w:val="006348EE"/>
    <w:rsid w:val="00634F9F"/>
    <w:rsid w:val="00641923"/>
    <w:rsid w:val="006471C3"/>
    <w:rsid w:val="00654D78"/>
    <w:rsid w:val="00665798"/>
    <w:rsid w:val="00667703"/>
    <w:rsid w:val="00672001"/>
    <w:rsid w:val="0067529D"/>
    <w:rsid w:val="0068198C"/>
    <w:rsid w:val="0068750E"/>
    <w:rsid w:val="006878AE"/>
    <w:rsid w:val="006911AA"/>
    <w:rsid w:val="00691799"/>
    <w:rsid w:val="006924B7"/>
    <w:rsid w:val="006A7CAD"/>
    <w:rsid w:val="006B1FCF"/>
    <w:rsid w:val="006B3684"/>
    <w:rsid w:val="006B6542"/>
    <w:rsid w:val="006C0FB4"/>
    <w:rsid w:val="006C5FA3"/>
    <w:rsid w:val="006C781A"/>
    <w:rsid w:val="006D3C93"/>
    <w:rsid w:val="006E2EF0"/>
    <w:rsid w:val="006F7812"/>
    <w:rsid w:val="00701D40"/>
    <w:rsid w:val="007044BB"/>
    <w:rsid w:val="00712E34"/>
    <w:rsid w:val="007274B7"/>
    <w:rsid w:val="00735315"/>
    <w:rsid w:val="0074632D"/>
    <w:rsid w:val="007531E0"/>
    <w:rsid w:val="00755577"/>
    <w:rsid w:val="00755770"/>
    <w:rsid w:val="00763C15"/>
    <w:rsid w:val="00773790"/>
    <w:rsid w:val="00773FFE"/>
    <w:rsid w:val="007753AA"/>
    <w:rsid w:val="00780F30"/>
    <w:rsid w:val="00783F08"/>
    <w:rsid w:val="00791AD3"/>
    <w:rsid w:val="007A3A21"/>
    <w:rsid w:val="007A7EA5"/>
    <w:rsid w:val="007B1E57"/>
    <w:rsid w:val="007B2C11"/>
    <w:rsid w:val="007B6DDA"/>
    <w:rsid w:val="007C1D2D"/>
    <w:rsid w:val="007C4BA2"/>
    <w:rsid w:val="007C7AF0"/>
    <w:rsid w:val="007D519E"/>
    <w:rsid w:val="007D5A7D"/>
    <w:rsid w:val="007D7502"/>
    <w:rsid w:val="007E17C6"/>
    <w:rsid w:val="007E6498"/>
    <w:rsid w:val="007F44F5"/>
    <w:rsid w:val="007F77EF"/>
    <w:rsid w:val="008078F5"/>
    <w:rsid w:val="00810E30"/>
    <w:rsid w:val="00815C5A"/>
    <w:rsid w:val="008173E4"/>
    <w:rsid w:val="008300FF"/>
    <w:rsid w:val="008319C8"/>
    <w:rsid w:val="00831A5A"/>
    <w:rsid w:val="00831E28"/>
    <w:rsid w:val="008343F7"/>
    <w:rsid w:val="00850EB6"/>
    <w:rsid w:val="0085678A"/>
    <w:rsid w:val="00861491"/>
    <w:rsid w:val="00864975"/>
    <w:rsid w:val="00871D1E"/>
    <w:rsid w:val="0087506B"/>
    <w:rsid w:val="008764AD"/>
    <w:rsid w:val="008857DD"/>
    <w:rsid w:val="00886FF3"/>
    <w:rsid w:val="00895002"/>
    <w:rsid w:val="008A1453"/>
    <w:rsid w:val="008A5AFB"/>
    <w:rsid w:val="008A5DA6"/>
    <w:rsid w:val="008A7107"/>
    <w:rsid w:val="008B4D00"/>
    <w:rsid w:val="008B7298"/>
    <w:rsid w:val="008C1C53"/>
    <w:rsid w:val="008D380C"/>
    <w:rsid w:val="008D4720"/>
    <w:rsid w:val="008D4D0E"/>
    <w:rsid w:val="008E0716"/>
    <w:rsid w:val="008E239A"/>
    <w:rsid w:val="008F4DAD"/>
    <w:rsid w:val="00901590"/>
    <w:rsid w:val="00903535"/>
    <w:rsid w:val="00903AD0"/>
    <w:rsid w:val="00905027"/>
    <w:rsid w:val="00906753"/>
    <w:rsid w:val="00921D16"/>
    <w:rsid w:val="00922044"/>
    <w:rsid w:val="00926399"/>
    <w:rsid w:val="0093091D"/>
    <w:rsid w:val="0093122C"/>
    <w:rsid w:val="00940B97"/>
    <w:rsid w:val="00940BCF"/>
    <w:rsid w:val="00945CC1"/>
    <w:rsid w:val="00951262"/>
    <w:rsid w:val="00957FA5"/>
    <w:rsid w:val="00961ADB"/>
    <w:rsid w:val="00977E3B"/>
    <w:rsid w:val="009809E5"/>
    <w:rsid w:val="009813AA"/>
    <w:rsid w:val="0098283F"/>
    <w:rsid w:val="00983521"/>
    <w:rsid w:val="00984DC6"/>
    <w:rsid w:val="009879B3"/>
    <w:rsid w:val="00992075"/>
    <w:rsid w:val="009962EF"/>
    <w:rsid w:val="009C463C"/>
    <w:rsid w:val="009F2807"/>
    <w:rsid w:val="00A22CBD"/>
    <w:rsid w:val="00A334C5"/>
    <w:rsid w:val="00A33BA3"/>
    <w:rsid w:val="00A55174"/>
    <w:rsid w:val="00A601C2"/>
    <w:rsid w:val="00A627BD"/>
    <w:rsid w:val="00A6291A"/>
    <w:rsid w:val="00A74BBB"/>
    <w:rsid w:val="00A757C8"/>
    <w:rsid w:val="00A76CEB"/>
    <w:rsid w:val="00A81850"/>
    <w:rsid w:val="00A81F57"/>
    <w:rsid w:val="00A87CD7"/>
    <w:rsid w:val="00A94660"/>
    <w:rsid w:val="00A94BF1"/>
    <w:rsid w:val="00A958E2"/>
    <w:rsid w:val="00AA1D8D"/>
    <w:rsid w:val="00AA236B"/>
    <w:rsid w:val="00AA6F12"/>
    <w:rsid w:val="00AC1D9D"/>
    <w:rsid w:val="00AD697C"/>
    <w:rsid w:val="00AE1CF0"/>
    <w:rsid w:val="00AF15BF"/>
    <w:rsid w:val="00B071B5"/>
    <w:rsid w:val="00B13778"/>
    <w:rsid w:val="00B13817"/>
    <w:rsid w:val="00B14DAD"/>
    <w:rsid w:val="00B209C4"/>
    <w:rsid w:val="00B20CF5"/>
    <w:rsid w:val="00B27B49"/>
    <w:rsid w:val="00B313C1"/>
    <w:rsid w:val="00B32772"/>
    <w:rsid w:val="00B33B65"/>
    <w:rsid w:val="00B36F3E"/>
    <w:rsid w:val="00B47730"/>
    <w:rsid w:val="00B525AE"/>
    <w:rsid w:val="00B568A1"/>
    <w:rsid w:val="00B578DC"/>
    <w:rsid w:val="00B664ED"/>
    <w:rsid w:val="00B729DC"/>
    <w:rsid w:val="00B77E66"/>
    <w:rsid w:val="00B911AE"/>
    <w:rsid w:val="00B9363E"/>
    <w:rsid w:val="00B9475A"/>
    <w:rsid w:val="00B9779E"/>
    <w:rsid w:val="00BA1356"/>
    <w:rsid w:val="00BA166A"/>
    <w:rsid w:val="00BA2C7E"/>
    <w:rsid w:val="00BB08E2"/>
    <w:rsid w:val="00BB5502"/>
    <w:rsid w:val="00BC19E0"/>
    <w:rsid w:val="00BC2C8B"/>
    <w:rsid w:val="00BC4A65"/>
    <w:rsid w:val="00BE021F"/>
    <w:rsid w:val="00BE3230"/>
    <w:rsid w:val="00BE3D15"/>
    <w:rsid w:val="00BF6142"/>
    <w:rsid w:val="00C00A41"/>
    <w:rsid w:val="00C00D93"/>
    <w:rsid w:val="00C054A4"/>
    <w:rsid w:val="00C126AF"/>
    <w:rsid w:val="00C134E4"/>
    <w:rsid w:val="00C13C7B"/>
    <w:rsid w:val="00C16E4A"/>
    <w:rsid w:val="00C16EC4"/>
    <w:rsid w:val="00C24BB8"/>
    <w:rsid w:val="00C27BBF"/>
    <w:rsid w:val="00C3289E"/>
    <w:rsid w:val="00C3310D"/>
    <w:rsid w:val="00C34C59"/>
    <w:rsid w:val="00C408A8"/>
    <w:rsid w:val="00C42DED"/>
    <w:rsid w:val="00C45746"/>
    <w:rsid w:val="00C46E0B"/>
    <w:rsid w:val="00C5790B"/>
    <w:rsid w:val="00C63D3B"/>
    <w:rsid w:val="00C70C65"/>
    <w:rsid w:val="00C7594A"/>
    <w:rsid w:val="00C83FB4"/>
    <w:rsid w:val="00C8493E"/>
    <w:rsid w:val="00C84C1F"/>
    <w:rsid w:val="00C858F3"/>
    <w:rsid w:val="00C92477"/>
    <w:rsid w:val="00CB0031"/>
    <w:rsid w:val="00CB0664"/>
    <w:rsid w:val="00CC3174"/>
    <w:rsid w:val="00CC574E"/>
    <w:rsid w:val="00CD75B7"/>
    <w:rsid w:val="00CE1306"/>
    <w:rsid w:val="00CE1610"/>
    <w:rsid w:val="00CE56FF"/>
    <w:rsid w:val="00CE7DEA"/>
    <w:rsid w:val="00CF4B99"/>
    <w:rsid w:val="00D00FA5"/>
    <w:rsid w:val="00D0386C"/>
    <w:rsid w:val="00D20E92"/>
    <w:rsid w:val="00D25C51"/>
    <w:rsid w:val="00D27322"/>
    <w:rsid w:val="00D32393"/>
    <w:rsid w:val="00D3733E"/>
    <w:rsid w:val="00D43616"/>
    <w:rsid w:val="00D43717"/>
    <w:rsid w:val="00D47C4E"/>
    <w:rsid w:val="00D505F4"/>
    <w:rsid w:val="00D63041"/>
    <w:rsid w:val="00D6537E"/>
    <w:rsid w:val="00D66EE9"/>
    <w:rsid w:val="00D766CE"/>
    <w:rsid w:val="00D859BD"/>
    <w:rsid w:val="00D875B9"/>
    <w:rsid w:val="00D92ABC"/>
    <w:rsid w:val="00D95170"/>
    <w:rsid w:val="00D975B7"/>
    <w:rsid w:val="00DA7B99"/>
    <w:rsid w:val="00DD7198"/>
    <w:rsid w:val="00DE2184"/>
    <w:rsid w:val="00DE4F99"/>
    <w:rsid w:val="00DF09DC"/>
    <w:rsid w:val="00DF37EB"/>
    <w:rsid w:val="00DF3CFF"/>
    <w:rsid w:val="00E013F3"/>
    <w:rsid w:val="00E07611"/>
    <w:rsid w:val="00E15312"/>
    <w:rsid w:val="00E168BE"/>
    <w:rsid w:val="00E24D62"/>
    <w:rsid w:val="00E30D93"/>
    <w:rsid w:val="00E4174B"/>
    <w:rsid w:val="00E509D7"/>
    <w:rsid w:val="00E60E33"/>
    <w:rsid w:val="00E6788E"/>
    <w:rsid w:val="00E70E86"/>
    <w:rsid w:val="00E71A8F"/>
    <w:rsid w:val="00E92830"/>
    <w:rsid w:val="00E93901"/>
    <w:rsid w:val="00E96359"/>
    <w:rsid w:val="00E97871"/>
    <w:rsid w:val="00EA702E"/>
    <w:rsid w:val="00EB6BA9"/>
    <w:rsid w:val="00EC2E01"/>
    <w:rsid w:val="00EC457F"/>
    <w:rsid w:val="00EC7170"/>
    <w:rsid w:val="00ED0462"/>
    <w:rsid w:val="00ED24DD"/>
    <w:rsid w:val="00ED3165"/>
    <w:rsid w:val="00ED4AEF"/>
    <w:rsid w:val="00ED7DCD"/>
    <w:rsid w:val="00EE43C5"/>
    <w:rsid w:val="00EE44BD"/>
    <w:rsid w:val="00EE45AC"/>
    <w:rsid w:val="00EE46C8"/>
    <w:rsid w:val="00EF4358"/>
    <w:rsid w:val="00F0234C"/>
    <w:rsid w:val="00F02CFF"/>
    <w:rsid w:val="00F050FD"/>
    <w:rsid w:val="00F06AF3"/>
    <w:rsid w:val="00F07D04"/>
    <w:rsid w:val="00F175B0"/>
    <w:rsid w:val="00F23953"/>
    <w:rsid w:val="00F251CB"/>
    <w:rsid w:val="00F304BB"/>
    <w:rsid w:val="00F31B81"/>
    <w:rsid w:val="00F45B31"/>
    <w:rsid w:val="00F464EA"/>
    <w:rsid w:val="00F51591"/>
    <w:rsid w:val="00F56F3B"/>
    <w:rsid w:val="00F6750E"/>
    <w:rsid w:val="00F67578"/>
    <w:rsid w:val="00F727AE"/>
    <w:rsid w:val="00F77632"/>
    <w:rsid w:val="00F81931"/>
    <w:rsid w:val="00F81A50"/>
    <w:rsid w:val="00F94794"/>
    <w:rsid w:val="00FA3119"/>
    <w:rsid w:val="00FA5EFE"/>
    <w:rsid w:val="00FB3AC4"/>
    <w:rsid w:val="00FB3ED6"/>
    <w:rsid w:val="00FC43C4"/>
    <w:rsid w:val="00FC6490"/>
    <w:rsid w:val="00FC693F"/>
    <w:rsid w:val="00FC7498"/>
    <w:rsid w:val="00FD2710"/>
    <w:rsid w:val="00FD4E16"/>
    <w:rsid w:val="00FE05F2"/>
    <w:rsid w:val="00FE14DF"/>
    <w:rsid w:val="00FE2935"/>
    <w:rsid w:val="00FE3C26"/>
    <w:rsid w:val="00FF5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9E732D"/>
  <w14:defaultImageDpi w14:val="300"/>
  <w15:docId w15:val="{63E1DF8E-B1D8-4D75-B155-50E991EC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34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334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33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ingnote">
    <w:name w:val="Drafting note"/>
    <w:basedOn w:val="Normal"/>
    <w:rPr>
      <w:i/>
      <w:color w:val="585858"/>
      <w:sz w:val="18"/>
    </w:rPr>
  </w:style>
  <w:style w:type="paragraph" w:customStyle="1" w:styleId="Small">
    <w:name w:val="Small"/>
    <w:basedOn w:val="Normal"/>
    <w:rPr>
      <w:sz w:val="17"/>
    </w:rPr>
  </w:style>
  <w:style w:type="character" w:styleId="Hyperlink">
    <w:name w:val="Hyperlink"/>
    <w:basedOn w:val="DefaultParagraphFont"/>
    <w:uiPriority w:val="99"/>
    <w:unhideWhenUsed/>
    <w:rsid w:val="00E509D7"/>
    <w:rPr>
      <w:color w:val="0000FF" w:themeColor="hyperlink"/>
      <w:u w:val="single"/>
    </w:rPr>
  </w:style>
  <w:style w:type="character" w:styleId="UnresolvedMention">
    <w:name w:val="Unresolved Mention"/>
    <w:basedOn w:val="DefaultParagraphFont"/>
    <w:uiPriority w:val="99"/>
    <w:semiHidden/>
    <w:unhideWhenUsed/>
    <w:rsid w:val="00E509D7"/>
    <w:rPr>
      <w:color w:val="605E5C"/>
      <w:shd w:val="clear" w:color="auto" w:fill="E1DFDD"/>
    </w:rPr>
  </w:style>
  <w:style w:type="character" w:styleId="FollowedHyperlink">
    <w:name w:val="FollowedHyperlink"/>
    <w:basedOn w:val="DefaultParagraphFont"/>
    <w:uiPriority w:val="99"/>
    <w:semiHidden/>
    <w:unhideWhenUsed/>
    <w:rsid w:val="000C5357"/>
    <w:rPr>
      <w:color w:val="800080" w:themeColor="followedHyperlink"/>
      <w:u w:val="single"/>
    </w:rPr>
  </w:style>
  <w:style w:type="paragraph" w:customStyle="1" w:styleId="HNDocsBodyText">
    <w:name w:val="HN Docs Body Text"/>
    <w:link w:val="HNDocsBodyTextChar"/>
    <w:qFormat/>
    <w:rsid w:val="00243E43"/>
    <w:pPr>
      <w:spacing w:after="240" w:line="240" w:lineRule="auto"/>
    </w:pPr>
    <w:rPr>
      <w:rFonts w:ascii="Arial" w:eastAsia="Times New Roman" w:hAnsi="Arial" w:cs="Arial"/>
      <w:bCs/>
      <w:kern w:val="32"/>
      <w:sz w:val="20"/>
      <w:szCs w:val="32"/>
      <w:lang w:val="en-AU"/>
    </w:rPr>
  </w:style>
  <w:style w:type="character" w:customStyle="1" w:styleId="HNDocsBodyTextChar">
    <w:name w:val="HN Docs Body Text Char"/>
    <w:basedOn w:val="DefaultParagraphFont"/>
    <w:link w:val="HNDocsBodyText"/>
    <w:rsid w:val="00243E43"/>
    <w:rPr>
      <w:rFonts w:ascii="Arial" w:eastAsia="Times New Roman" w:hAnsi="Arial" w:cs="Arial"/>
      <w:bCs/>
      <w:kern w:val="32"/>
      <w:sz w:val="20"/>
      <w:szCs w:val="3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match.gov.au/access-our-servic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fca.org.a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fca.org.au" TargetMode="External"/><Relationship Id="rId4" Type="http://schemas.openxmlformats.org/officeDocument/2006/relationships/settings" Target="settings.xml"/><Relationship Id="rId9" Type="http://schemas.openxmlformats.org/officeDocument/2006/relationships/hyperlink" Target="mailto:IDR@rapidloans.com.au"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2e973ed6-235b-4a83-830e-e671c5da37c1"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6</Pages>
  <Words>1997</Words>
  <Characters>11386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 Nguyen</dc:creator>
  <cp:keywords/>
  <dc:description>generated by python-docx</dc:description>
  <cp:lastModifiedBy>Linh Nguyen</cp:lastModifiedBy>
  <cp:revision>431</cp:revision>
  <dcterms:created xsi:type="dcterms:W3CDTF">2026-08-31T01:23:00Z</dcterms:created>
  <dcterms:modified xsi:type="dcterms:W3CDTF">2026-09-16T22:51:00Z</dcterms:modified>
  <cp:category/>
</cp:coreProperties>
</file>